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BD16" w14:textId="77777777" w:rsidR="009430C1" w:rsidRDefault="00000000">
      <w:pPr>
        <w:pStyle w:val="Cm"/>
      </w:pPr>
      <w:r>
        <w:t xml:space="preserve">Fundraising </w:t>
      </w:r>
      <w:proofErr w:type="spellStart"/>
      <w:r>
        <w:t>mintaterv</w:t>
      </w:r>
      <w:proofErr w:type="spellEnd"/>
    </w:p>
    <w:p w14:paraId="4A21D354" w14:textId="77777777" w:rsidR="009430C1" w:rsidRDefault="00000000">
      <w:r>
        <w:rPr>
          <w:i/>
        </w:rPr>
        <w:t>Kitölthető kampánytervező csapatoknak, diákoknak és felkészítőknek</w:t>
      </w:r>
    </w:p>
    <w:p w14:paraId="0EB50B4B" w14:textId="77777777" w:rsidR="009430C1" w:rsidRDefault="009430C1"/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912"/>
      </w:tblGrid>
      <w:tr w:rsidR="009430C1" w14:paraId="0AF857BC" w14:textId="77777777">
        <w:trPr>
          <w:tblHeader/>
          <w:jc w:val="center"/>
        </w:trPr>
        <w:tc>
          <w:tcPr>
            <w:tcW w:w="2880" w:type="dxa"/>
            <w:shd w:val="clear" w:color="auto" w:fill="163B5C"/>
            <w:vAlign w:val="center"/>
          </w:tcPr>
          <w:p w14:paraId="527F048D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7"/>
              </w:rPr>
              <w:t>A csapat adatai</w:t>
            </w:r>
          </w:p>
        </w:tc>
        <w:tc>
          <w:tcPr>
            <w:tcW w:w="6912" w:type="dxa"/>
            <w:shd w:val="clear" w:color="auto" w:fill="163B5C"/>
            <w:vAlign w:val="center"/>
          </w:tcPr>
          <w:p w14:paraId="6DDE79EC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7"/>
              </w:rPr>
              <w:t>Kitöltendő</w:t>
            </w:r>
          </w:p>
        </w:tc>
      </w:tr>
      <w:tr w:rsidR="009430C1" w14:paraId="6AFCD14E" w14:textId="77777777">
        <w:trPr>
          <w:jc w:val="center"/>
        </w:trPr>
        <w:tc>
          <w:tcPr>
            <w:tcW w:w="2880" w:type="dxa"/>
            <w:vAlign w:val="center"/>
          </w:tcPr>
          <w:p w14:paraId="744A8AA8" w14:textId="77777777" w:rsidR="009430C1" w:rsidRDefault="00000000">
            <w:pPr>
              <w:spacing w:after="20"/>
            </w:pPr>
            <w:r>
              <w:rPr>
                <w:sz w:val="17"/>
              </w:rPr>
              <w:t>Csapat / szervezet neve</w:t>
            </w:r>
          </w:p>
        </w:tc>
        <w:tc>
          <w:tcPr>
            <w:tcW w:w="6912" w:type="dxa"/>
            <w:vAlign w:val="center"/>
          </w:tcPr>
          <w:p w14:paraId="6AB6342F" w14:textId="77777777" w:rsidR="009430C1" w:rsidRDefault="00000000">
            <w:pPr>
              <w:spacing w:after="20"/>
            </w:pPr>
            <w:r>
              <w:rPr>
                <w:sz w:val="17"/>
              </w:rPr>
              <w:t>[Név]</w:t>
            </w:r>
          </w:p>
        </w:tc>
      </w:tr>
      <w:tr w:rsidR="009430C1" w14:paraId="6C5ACEB2" w14:textId="77777777">
        <w:trPr>
          <w:jc w:val="center"/>
        </w:trPr>
        <w:tc>
          <w:tcPr>
            <w:tcW w:w="2880" w:type="dxa"/>
            <w:shd w:val="clear" w:color="auto" w:fill="F4F7F8"/>
            <w:vAlign w:val="center"/>
          </w:tcPr>
          <w:p w14:paraId="7FF67C31" w14:textId="77777777" w:rsidR="009430C1" w:rsidRDefault="00000000">
            <w:pPr>
              <w:spacing w:after="20"/>
            </w:pPr>
            <w:r>
              <w:rPr>
                <w:sz w:val="17"/>
              </w:rPr>
              <w:t>Program és szezon</w:t>
            </w:r>
          </w:p>
        </w:tc>
        <w:tc>
          <w:tcPr>
            <w:tcW w:w="6912" w:type="dxa"/>
            <w:shd w:val="clear" w:color="auto" w:fill="F4F7F8"/>
            <w:vAlign w:val="center"/>
          </w:tcPr>
          <w:p w14:paraId="2E076282" w14:textId="77777777" w:rsidR="009430C1" w:rsidRDefault="00000000">
            <w:pPr>
              <w:spacing w:after="20"/>
            </w:pPr>
            <w:r>
              <w:rPr>
                <w:sz w:val="17"/>
              </w:rPr>
              <w:t>[FLL / FTC / STEM Racing / egyéb]  •  [szezon]</w:t>
            </w:r>
          </w:p>
        </w:tc>
      </w:tr>
      <w:tr w:rsidR="009430C1" w14:paraId="44FA9727" w14:textId="77777777">
        <w:trPr>
          <w:jc w:val="center"/>
        </w:trPr>
        <w:tc>
          <w:tcPr>
            <w:tcW w:w="2880" w:type="dxa"/>
            <w:vAlign w:val="center"/>
          </w:tcPr>
          <w:p w14:paraId="72B868B7" w14:textId="77777777" w:rsidR="009430C1" w:rsidRDefault="00000000">
            <w:pPr>
              <w:spacing w:after="20"/>
            </w:pPr>
            <w:r>
              <w:rPr>
                <w:sz w:val="17"/>
              </w:rPr>
              <w:t>Település / intézmény</w:t>
            </w:r>
          </w:p>
        </w:tc>
        <w:tc>
          <w:tcPr>
            <w:tcW w:w="6912" w:type="dxa"/>
            <w:vAlign w:val="center"/>
          </w:tcPr>
          <w:p w14:paraId="27961D9B" w14:textId="77777777" w:rsidR="009430C1" w:rsidRDefault="00000000">
            <w:pPr>
              <w:spacing w:after="20"/>
            </w:pPr>
            <w:r>
              <w:rPr>
                <w:sz w:val="17"/>
              </w:rPr>
              <w:t>[Település, iskola vagy szervezet]</w:t>
            </w:r>
          </w:p>
        </w:tc>
      </w:tr>
      <w:tr w:rsidR="009430C1" w14:paraId="4050ED1F" w14:textId="77777777">
        <w:trPr>
          <w:jc w:val="center"/>
        </w:trPr>
        <w:tc>
          <w:tcPr>
            <w:tcW w:w="2880" w:type="dxa"/>
            <w:shd w:val="clear" w:color="auto" w:fill="F4F7F8"/>
            <w:vAlign w:val="center"/>
          </w:tcPr>
          <w:p w14:paraId="5C8596D2" w14:textId="77777777" w:rsidR="009430C1" w:rsidRDefault="00000000">
            <w:pPr>
              <w:spacing w:after="20"/>
            </w:pPr>
            <w:r>
              <w:rPr>
                <w:sz w:val="17"/>
              </w:rPr>
              <w:t>Felnőtt kapcsolattartó</w:t>
            </w:r>
          </w:p>
        </w:tc>
        <w:tc>
          <w:tcPr>
            <w:tcW w:w="6912" w:type="dxa"/>
            <w:shd w:val="clear" w:color="auto" w:fill="F4F7F8"/>
            <w:vAlign w:val="center"/>
          </w:tcPr>
          <w:p w14:paraId="0BF7E676" w14:textId="77777777" w:rsidR="009430C1" w:rsidRDefault="00000000">
            <w:pPr>
              <w:spacing w:after="20"/>
            </w:pPr>
            <w:r>
              <w:rPr>
                <w:sz w:val="17"/>
              </w:rPr>
              <w:t>[Név, e-mail, telefonszám]</w:t>
            </w:r>
          </w:p>
        </w:tc>
      </w:tr>
      <w:tr w:rsidR="009430C1" w14:paraId="7E3D34BF" w14:textId="77777777">
        <w:trPr>
          <w:jc w:val="center"/>
        </w:trPr>
        <w:tc>
          <w:tcPr>
            <w:tcW w:w="2880" w:type="dxa"/>
            <w:vAlign w:val="center"/>
          </w:tcPr>
          <w:p w14:paraId="7BA59733" w14:textId="77777777" w:rsidR="009430C1" w:rsidRDefault="00000000">
            <w:pPr>
              <w:spacing w:after="20"/>
            </w:pPr>
            <w:r>
              <w:rPr>
                <w:sz w:val="17"/>
              </w:rPr>
              <w:t>A terv készítésének dátuma</w:t>
            </w:r>
          </w:p>
        </w:tc>
        <w:tc>
          <w:tcPr>
            <w:tcW w:w="6912" w:type="dxa"/>
            <w:vAlign w:val="center"/>
          </w:tcPr>
          <w:p w14:paraId="1AA670AC" w14:textId="77777777" w:rsidR="009430C1" w:rsidRDefault="00000000">
            <w:pPr>
              <w:spacing w:after="20"/>
            </w:pPr>
            <w:r>
              <w:rPr>
                <w:sz w:val="17"/>
              </w:rPr>
              <w:t>[Dátum]</w:t>
            </w:r>
          </w:p>
        </w:tc>
      </w:tr>
    </w:tbl>
    <w:p w14:paraId="0D1D816B" w14:textId="77777777" w:rsidR="009430C1" w:rsidRDefault="009430C1">
      <w:pPr>
        <w:spacing w:after="20"/>
      </w:pPr>
    </w:p>
    <w:p w14:paraId="3FFAAD6E" w14:textId="77777777" w:rsidR="009430C1" w:rsidRDefault="00000000">
      <w:r>
        <w:t>A terv célja, hogy a csapat ne csak támogatást kérjen, hanem átgondolt, reális és követhető kampányt valósítson meg. A szögletes zárójelben lévő részeket töltsétek ki; a példaértékeket mindig igazítsátok a saját helyzetetekhez.</w:t>
      </w:r>
    </w:p>
    <w:p w14:paraId="0EDC1A59" w14:textId="77777777" w:rsidR="009430C1" w:rsidRDefault="00000000">
      <w:r>
        <w:rPr>
          <w:i/>
        </w:rPr>
        <w:t>Javasolt munkamód: osszátok fel a feladatokat, egyeztessetek a felnőtt kapcsolattartóval, majd rendszeresen frissítsétek a tervet.</w:t>
      </w:r>
    </w:p>
    <w:p w14:paraId="2CEB8374" w14:textId="77777777" w:rsidR="009430C1" w:rsidRDefault="00000000">
      <w:r>
        <w:br w:type="page"/>
      </w:r>
    </w:p>
    <w:p w14:paraId="621EB8AE" w14:textId="77777777" w:rsidR="009430C1" w:rsidRDefault="00000000" w:rsidP="00072C3B">
      <w:pPr>
        <w:pStyle w:val="Cmsor1"/>
      </w:pPr>
      <w:r>
        <w:lastRenderedPageBreak/>
        <w:t>1. Összefoglaló és a kampány célja</w:t>
      </w:r>
    </w:p>
    <w:p w14:paraId="4F9FC640" w14:textId="77777777" w:rsidR="009430C1" w:rsidRDefault="00000000">
      <w:proofErr w:type="spellStart"/>
      <w:r>
        <w:t>Ezt</w:t>
      </w:r>
      <w:proofErr w:type="spellEnd"/>
      <w:r>
        <w:t xml:space="preserve"> a </w:t>
      </w:r>
      <w:proofErr w:type="spellStart"/>
      <w:r>
        <w:t>részt</w:t>
      </w:r>
      <w:proofErr w:type="spellEnd"/>
      <w:r>
        <w:t xml:space="preserve"> </w:t>
      </w:r>
      <w:proofErr w:type="spellStart"/>
      <w:r>
        <w:t>úgy</w:t>
      </w:r>
      <w:proofErr w:type="spellEnd"/>
      <w:r>
        <w:t xml:space="preserve"> írjátok meg, hogy egy lehetséges támogató egy perc alatt megértse, kik vagytok, mit szeretnétek elérni, és miben kértek segítséget.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9430C1" w14:paraId="70BA4018" w14:textId="77777777">
        <w:trPr>
          <w:tblHeader/>
          <w:jc w:val="center"/>
        </w:trPr>
        <w:tc>
          <w:tcPr>
            <w:tcW w:w="3168" w:type="dxa"/>
            <w:shd w:val="clear" w:color="auto" w:fill="163B5C"/>
            <w:vAlign w:val="center"/>
          </w:tcPr>
          <w:p w14:paraId="3F855353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Kérdés</w:t>
            </w:r>
          </w:p>
        </w:tc>
        <w:tc>
          <w:tcPr>
            <w:tcW w:w="6624" w:type="dxa"/>
            <w:shd w:val="clear" w:color="auto" w:fill="163B5C"/>
            <w:vAlign w:val="center"/>
          </w:tcPr>
          <w:p w14:paraId="78DA7B54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Rövid válasz</w:t>
            </w:r>
          </w:p>
        </w:tc>
      </w:tr>
      <w:tr w:rsidR="009430C1" w14:paraId="2F97B8DC" w14:textId="77777777">
        <w:trPr>
          <w:jc w:val="center"/>
        </w:trPr>
        <w:tc>
          <w:tcPr>
            <w:tcW w:w="3168" w:type="dxa"/>
            <w:vAlign w:val="center"/>
          </w:tcPr>
          <w:p w14:paraId="3439DF37" w14:textId="77777777" w:rsidR="009430C1" w:rsidRDefault="00000000">
            <w:pPr>
              <w:spacing w:after="20"/>
            </w:pPr>
            <w:r>
              <w:rPr>
                <w:sz w:val="16"/>
              </w:rPr>
              <w:t>Kik vagyunk?</w:t>
            </w:r>
          </w:p>
        </w:tc>
        <w:tc>
          <w:tcPr>
            <w:tcW w:w="6624" w:type="dxa"/>
            <w:vAlign w:val="center"/>
          </w:tcPr>
          <w:p w14:paraId="2B351C9F" w14:textId="77777777" w:rsidR="009430C1" w:rsidRDefault="00000000">
            <w:pPr>
              <w:spacing w:after="20"/>
            </w:pPr>
            <w:r>
              <w:rPr>
                <w:sz w:val="16"/>
              </w:rPr>
              <w:t>[Csapat, intézmény, település; 1–2 mondat]</w:t>
            </w:r>
          </w:p>
        </w:tc>
      </w:tr>
      <w:tr w:rsidR="009430C1" w14:paraId="56CDE2FF" w14:textId="77777777">
        <w:trPr>
          <w:jc w:val="center"/>
        </w:trPr>
        <w:tc>
          <w:tcPr>
            <w:tcW w:w="3168" w:type="dxa"/>
            <w:shd w:val="clear" w:color="auto" w:fill="F4F7F8"/>
            <w:vAlign w:val="center"/>
          </w:tcPr>
          <w:p w14:paraId="6A9B9321" w14:textId="77777777" w:rsidR="009430C1" w:rsidRDefault="00000000">
            <w:pPr>
              <w:spacing w:after="20"/>
            </w:pPr>
            <w:r>
              <w:rPr>
                <w:sz w:val="16"/>
              </w:rPr>
              <w:t>Mit szeretnénk megvalósítani?</w:t>
            </w:r>
          </w:p>
        </w:tc>
        <w:tc>
          <w:tcPr>
            <w:tcW w:w="6624" w:type="dxa"/>
            <w:shd w:val="clear" w:color="auto" w:fill="F4F7F8"/>
            <w:vAlign w:val="center"/>
          </w:tcPr>
          <w:p w14:paraId="6D685691" w14:textId="77777777" w:rsidR="009430C1" w:rsidRDefault="00000000">
            <w:pPr>
              <w:spacing w:after="20"/>
            </w:pPr>
            <w:r>
              <w:rPr>
                <w:sz w:val="16"/>
              </w:rPr>
              <w:t>[A konkrét cél, esemény vagy eredmény]</w:t>
            </w:r>
          </w:p>
        </w:tc>
      </w:tr>
      <w:tr w:rsidR="009430C1" w14:paraId="4B50CEAD" w14:textId="77777777">
        <w:trPr>
          <w:jc w:val="center"/>
        </w:trPr>
        <w:tc>
          <w:tcPr>
            <w:tcW w:w="3168" w:type="dxa"/>
            <w:vAlign w:val="center"/>
          </w:tcPr>
          <w:p w14:paraId="338A4740" w14:textId="77777777" w:rsidR="009430C1" w:rsidRDefault="00000000">
            <w:pPr>
              <w:spacing w:after="20"/>
            </w:pPr>
            <w:r>
              <w:rPr>
                <w:sz w:val="16"/>
              </w:rPr>
              <w:t>Miért fontos ez nekünk és a közösségnek?</w:t>
            </w:r>
          </w:p>
        </w:tc>
        <w:tc>
          <w:tcPr>
            <w:tcW w:w="6624" w:type="dxa"/>
            <w:vAlign w:val="center"/>
          </w:tcPr>
          <w:p w14:paraId="5ADC2A54" w14:textId="77777777" w:rsidR="009430C1" w:rsidRDefault="00000000">
            <w:pPr>
              <w:spacing w:after="20"/>
            </w:pPr>
            <w:r>
              <w:rPr>
                <w:sz w:val="16"/>
              </w:rPr>
              <w:t>[Hatás a diákokra, iskolára, helyi közösségre]</w:t>
            </w:r>
          </w:p>
        </w:tc>
      </w:tr>
      <w:tr w:rsidR="009430C1" w14:paraId="7DC73C18" w14:textId="77777777">
        <w:trPr>
          <w:jc w:val="center"/>
        </w:trPr>
        <w:tc>
          <w:tcPr>
            <w:tcW w:w="3168" w:type="dxa"/>
            <w:shd w:val="clear" w:color="auto" w:fill="F4F7F8"/>
            <w:vAlign w:val="center"/>
          </w:tcPr>
          <w:p w14:paraId="7615ADD8" w14:textId="77777777" w:rsidR="009430C1" w:rsidRDefault="00000000">
            <w:pPr>
              <w:spacing w:after="20"/>
            </w:pPr>
            <w:r>
              <w:rPr>
                <w:sz w:val="16"/>
              </w:rPr>
              <w:t>Milyen támogatásra van szükségünk?</w:t>
            </w:r>
          </w:p>
        </w:tc>
        <w:tc>
          <w:tcPr>
            <w:tcW w:w="6624" w:type="dxa"/>
            <w:shd w:val="clear" w:color="auto" w:fill="F4F7F8"/>
            <w:vAlign w:val="center"/>
          </w:tcPr>
          <w:p w14:paraId="38BB1FFF" w14:textId="77777777" w:rsidR="009430C1" w:rsidRDefault="00000000">
            <w:pPr>
              <w:spacing w:after="20"/>
            </w:pPr>
            <w:r>
              <w:rPr>
                <w:sz w:val="16"/>
              </w:rPr>
              <w:t>[Pénz, eszköz, szolgáltatás, szakértelem, mentorálás vagy önkéntes munka]</w:t>
            </w:r>
          </w:p>
        </w:tc>
      </w:tr>
      <w:tr w:rsidR="009430C1" w14:paraId="04DB2D77" w14:textId="77777777">
        <w:trPr>
          <w:jc w:val="center"/>
        </w:trPr>
        <w:tc>
          <w:tcPr>
            <w:tcW w:w="3168" w:type="dxa"/>
            <w:vAlign w:val="center"/>
          </w:tcPr>
          <w:p w14:paraId="5F596957" w14:textId="77777777" w:rsidR="009430C1" w:rsidRDefault="00000000">
            <w:pPr>
              <w:spacing w:after="20"/>
            </w:pPr>
            <w:r>
              <w:rPr>
                <w:sz w:val="16"/>
              </w:rPr>
              <w:t>Mekkora a cél és mi a határidő?</w:t>
            </w:r>
          </w:p>
        </w:tc>
        <w:tc>
          <w:tcPr>
            <w:tcW w:w="6624" w:type="dxa"/>
            <w:vAlign w:val="center"/>
          </w:tcPr>
          <w:p w14:paraId="042B1BEE" w14:textId="77777777" w:rsidR="009430C1" w:rsidRDefault="00000000">
            <w:pPr>
              <w:spacing w:after="20"/>
            </w:pPr>
            <w:r>
              <w:rPr>
                <w:sz w:val="16"/>
              </w:rPr>
              <w:t>[Összeg / erőforrás / dátum]</w:t>
            </w:r>
          </w:p>
        </w:tc>
      </w:tr>
      <w:tr w:rsidR="009430C1" w14:paraId="0A76CDB6" w14:textId="77777777">
        <w:trPr>
          <w:jc w:val="center"/>
        </w:trPr>
        <w:tc>
          <w:tcPr>
            <w:tcW w:w="3168" w:type="dxa"/>
            <w:shd w:val="clear" w:color="auto" w:fill="F4F7F8"/>
            <w:vAlign w:val="center"/>
          </w:tcPr>
          <w:p w14:paraId="676BE3F4" w14:textId="77777777" w:rsidR="009430C1" w:rsidRDefault="00000000">
            <w:pPr>
              <w:spacing w:after="20"/>
            </w:pPr>
            <w:r>
              <w:rPr>
                <w:sz w:val="16"/>
              </w:rPr>
              <w:t>Mit tudunk felajánlani cserébe?</w:t>
            </w:r>
          </w:p>
        </w:tc>
        <w:tc>
          <w:tcPr>
            <w:tcW w:w="6624" w:type="dxa"/>
            <w:shd w:val="clear" w:color="auto" w:fill="F4F7F8"/>
            <w:vAlign w:val="center"/>
          </w:tcPr>
          <w:p w14:paraId="3114EA8C" w14:textId="77777777" w:rsidR="009430C1" w:rsidRDefault="00000000">
            <w:pPr>
              <w:spacing w:after="20"/>
            </w:pPr>
            <w:r>
              <w:rPr>
                <w:sz w:val="16"/>
              </w:rPr>
              <w:t>[Beszámoló, bemutató, láthatóság vagy közös program – csak vállalható ígéret]</w:t>
            </w:r>
          </w:p>
        </w:tc>
      </w:tr>
    </w:tbl>
    <w:p w14:paraId="0ABE7239" w14:textId="77777777" w:rsidR="009430C1" w:rsidRDefault="009430C1">
      <w:pPr>
        <w:spacing w:after="20"/>
      </w:pPr>
    </w:p>
    <w:p w14:paraId="4730A389" w14:textId="77777777" w:rsidR="009430C1" w:rsidRDefault="00000000">
      <w:pPr>
        <w:spacing w:before="60" w:after="40"/>
      </w:pPr>
      <w:r>
        <w:rPr>
          <w:b/>
          <w:color w:val="163B5C"/>
        </w:rPr>
        <w:t>Kampánycél egy mondatban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282"/>
      </w:tblGrid>
      <w:tr w:rsidR="009430C1" w14:paraId="5836A78E" w14:textId="77777777">
        <w:tc>
          <w:tcPr>
            <w:tcW w:w="10282" w:type="dxa"/>
            <w:shd w:val="clear" w:color="auto" w:fill="F8FAFB"/>
            <w:vAlign w:val="center"/>
          </w:tcPr>
          <w:p w14:paraId="2FFEACC4" w14:textId="77777777" w:rsidR="009430C1" w:rsidRDefault="00000000">
            <w:pPr>
              <w:spacing w:after="20"/>
            </w:pPr>
            <w:r>
              <w:rPr>
                <w:sz w:val="16"/>
              </w:rPr>
              <w:t>[Példa: 2027. január 15-ig 600 000 Ft és két szakmai mentor támogatását gyűjtjük össze, hogy a csapat részt vehessen a ... programon.]</w:t>
            </w:r>
          </w:p>
        </w:tc>
      </w:tr>
    </w:tbl>
    <w:p w14:paraId="43C6CFF2" w14:textId="5DDA4867" w:rsidR="009430C1" w:rsidRPr="00072C3B" w:rsidRDefault="009430C1" w:rsidP="00072C3B"/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448"/>
        <w:gridCol w:w="4176"/>
      </w:tblGrid>
      <w:tr w:rsidR="009430C1" w14:paraId="25889908" w14:textId="77777777">
        <w:trPr>
          <w:tblHeader/>
          <w:jc w:val="center"/>
        </w:trPr>
        <w:tc>
          <w:tcPr>
            <w:tcW w:w="3168" w:type="dxa"/>
            <w:shd w:val="clear" w:color="auto" w:fill="163B5C"/>
            <w:vAlign w:val="center"/>
          </w:tcPr>
          <w:p w14:paraId="3D245D31" w14:textId="77777777" w:rsidR="009430C1" w:rsidRDefault="00000000">
            <w:pPr>
              <w:spacing w:after="20"/>
            </w:pPr>
            <w:proofErr w:type="spellStart"/>
            <w:r>
              <w:rPr>
                <w:b/>
                <w:color w:val="FFFFFF"/>
                <w:sz w:val="16"/>
              </w:rPr>
              <w:t>Mutató</w:t>
            </w:r>
            <w:proofErr w:type="spellEnd"/>
          </w:p>
        </w:tc>
        <w:tc>
          <w:tcPr>
            <w:tcW w:w="2448" w:type="dxa"/>
            <w:shd w:val="clear" w:color="auto" w:fill="163B5C"/>
            <w:vAlign w:val="center"/>
          </w:tcPr>
          <w:p w14:paraId="3717F851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Célérték</w:t>
            </w:r>
          </w:p>
        </w:tc>
        <w:tc>
          <w:tcPr>
            <w:tcW w:w="4176" w:type="dxa"/>
            <w:shd w:val="clear" w:color="auto" w:fill="163B5C"/>
            <w:vAlign w:val="center"/>
          </w:tcPr>
          <w:p w14:paraId="2D9E1B43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Hogyan mérjük?</w:t>
            </w:r>
          </w:p>
        </w:tc>
      </w:tr>
      <w:tr w:rsidR="009430C1" w14:paraId="08807D8D" w14:textId="77777777">
        <w:trPr>
          <w:jc w:val="center"/>
        </w:trPr>
        <w:tc>
          <w:tcPr>
            <w:tcW w:w="3168" w:type="dxa"/>
            <w:vAlign w:val="center"/>
          </w:tcPr>
          <w:p w14:paraId="04638A85" w14:textId="77777777" w:rsidR="009430C1" w:rsidRDefault="00000000">
            <w:pPr>
              <w:spacing w:after="20"/>
            </w:pPr>
            <w:r>
              <w:rPr>
                <w:sz w:val="16"/>
              </w:rPr>
              <w:t>Összegyűjtött pénzbeli támogatás</w:t>
            </w:r>
          </w:p>
        </w:tc>
        <w:tc>
          <w:tcPr>
            <w:tcW w:w="2448" w:type="dxa"/>
            <w:vAlign w:val="center"/>
          </w:tcPr>
          <w:p w14:paraId="79C5D625" w14:textId="77777777" w:rsidR="009430C1" w:rsidRDefault="00000000">
            <w:pPr>
              <w:spacing w:after="20"/>
            </w:pPr>
            <w:r>
              <w:rPr>
                <w:sz w:val="16"/>
              </w:rPr>
              <w:t>[Ft]</w:t>
            </w:r>
          </w:p>
        </w:tc>
        <w:tc>
          <w:tcPr>
            <w:tcW w:w="4176" w:type="dxa"/>
            <w:vAlign w:val="center"/>
          </w:tcPr>
          <w:p w14:paraId="35B554BC" w14:textId="77777777" w:rsidR="009430C1" w:rsidRDefault="00000000">
            <w:pPr>
              <w:spacing w:after="20"/>
            </w:pPr>
            <w:r>
              <w:rPr>
                <w:sz w:val="16"/>
              </w:rPr>
              <w:t>[Beérkezett és visszaigazolt támogatások]</w:t>
            </w:r>
          </w:p>
        </w:tc>
      </w:tr>
      <w:tr w:rsidR="009430C1" w14:paraId="0D2BD449" w14:textId="77777777">
        <w:trPr>
          <w:jc w:val="center"/>
        </w:trPr>
        <w:tc>
          <w:tcPr>
            <w:tcW w:w="3168" w:type="dxa"/>
            <w:shd w:val="clear" w:color="auto" w:fill="F4F7F8"/>
            <w:vAlign w:val="center"/>
          </w:tcPr>
          <w:p w14:paraId="445D481D" w14:textId="77777777" w:rsidR="009430C1" w:rsidRDefault="00000000">
            <w:pPr>
              <w:spacing w:after="20"/>
            </w:pPr>
            <w:r>
              <w:rPr>
                <w:sz w:val="16"/>
              </w:rPr>
              <w:t>Természetbeni támogatás</w:t>
            </w:r>
          </w:p>
        </w:tc>
        <w:tc>
          <w:tcPr>
            <w:tcW w:w="2448" w:type="dxa"/>
            <w:shd w:val="clear" w:color="auto" w:fill="F4F7F8"/>
            <w:vAlign w:val="center"/>
          </w:tcPr>
          <w:p w14:paraId="49A45BB9" w14:textId="77777777" w:rsidR="009430C1" w:rsidRDefault="00000000">
            <w:pPr>
              <w:spacing w:after="20"/>
            </w:pPr>
            <w:r>
              <w:rPr>
                <w:sz w:val="16"/>
              </w:rPr>
              <w:t>[Tétel / becsült érték]</w:t>
            </w:r>
          </w:p>
        </w:tc>
        <w:tc>
          <w:tcPr>
            <w:tcW w:w="4176" w:type="dxa"/>
            <w:shd w:val="clear" w:color="auto" w:fill="F4F7F8"/>
            <w:vAlign w:val="center"/>
          </w:tcPr>
          <w:p w14:paraId="415FA438" w14:textId="77777777" w:rsidR="009430C1" w:rsidRDefault="00000000">
            <w:pPr>
              <w:spacing w:after="20"/>
            </w:pPr>
            <w:r>
              <w:rPr>
                <w:sz w:val="16"/>
              </w:rPr>
              <w:t>[Átvételi nyilvántartás]</w:t>
            </w:r>
          </w:p>
        </w:tc>
      </w:tr>
      <w:tr w:rsidR="009430C1" w14:paraId="01A35E68" w14:textId="77777777">
        <w:trPr>
          <w:jc w:val="center"/>
        </w:trPr>
        <w:tc>
          <w:tcPr>
            <w:tcW w:w="3168" w:type="dxa"/>
            <w:vAlign w:val="center"/>
          </w:tcPr>
          <w:p w14:paraId="657BA31F" w14:textId="77777777" w:rsidR="009430C1" w:rsidRDefault="00000000">
            <w:pPr>
              <w:spacing w:after="20"/>
            </w:pPr>
            <w:r>
              <w:rPr>
                <w:sz w:val="16"/>
              </w:rPr>
              <w:t>Mentorok / önkéntesek</w:t>
            </w:r>
          </w:p>
        </w:tc>
        <w:tc>
          <w:tcPr>
            <w:tcW w:w="2448" w:type="dxa"/>
            <w:vAlign w:val="center"/>
          </w:tcPr>
          <w:p w14:paraId="532DDBB7" w14:textId="77777777" w:rsidR="009430C1" w:rsidRDefault="00000000">
            <w:pPr>
              <w:spacing w:after="20"/>
            </w:pPr>
            <w:r>
              <w:rPr>
                <w:sz w:val="16"/>
              </w:rPr>
              <w:t>[Fő / óra]</w:t>
            </w:r>
          </w:p>
        </w:tc>
        <w:tc>
          <w:tcPr>
            <w:tcW w:w="4176" w:type="dxa"/>
            <w:vAlign w:val="center"/>
          </w:tcPr>
          <w:p w14:paraId="2152D433" w14:textId="77777777" w:rsidR="009430C1" w:rsidRDefault="00000000">
            <w:pPr>
              <w:spacing w:after="20"/>
            </w:pPr>
            <w:r>
              <w:rPr>
                <w:sz w:val="16"/>
              </w:rPr>
              <w:t>[Egyeztetett alkalmak]</w:t>
            </w:r>
          </w:p>
        </w:tc>
      </w:tr>
      <w:tr w:rsidR="009430C1" w14:paraId="1F2F4A47" w14:textId="77777777">
        <w:trPr>
          <w:jc w:val="center"/>
        </w:trPr>
        <w:tc>
          <w:tcPr>
            <w:tcW w:w="3168" w:type="dxa"/>
            <w:shd w:val="clear" w:color="auto" w:fill="F4F7F8"/>
            <w:vAlign w:val="center"/>
          </w:tcPr>
          <w:p w14:paraId="73695FE5" w14:textId="77777777" w:rsidR="009430C1" w:rsidRDefault="00000000">
            <w:pPr>
              <w:spacing w:after="20"/>
            </w:pPr>
            <w:r>
              <w:rPr>
                <w:sz w:val="16"/>
              </w:rPr>
              <w:t>Megkeresések és válaszok</w:t>
            </w:r>
          </w:p>
        </w:tc>
        <w:tc>
          <w:tcPr>
            <w:tcW w:w="2448" w:type="dxa"/>
            <w:shd w:val="clear" w:color="auto" w:fill="F4F7F8"/>
            <w:vAlign w:val="center"/>
          </w:tcPr>
          <w:p w14:paraId="2C90C32A" w14:textId="77777777" w:rsidR="009430C1" w:rsidRDefault="00000000">
            <w:pPr>
              <w:spacing w:after="20"/>
            </w:pPr>
            <w:r>
              <w:rPr>
                <w:sz w:val="16"/>
              </w:rPr>
              <w:t>[db]</w:t>
            </w:r>
          </w:p>
        </w:tc>
        <w:tc>
          <w:tcPr>
            <w:tcW w:w="4176" w:type="dxa"/>
            <w:shd w:val="clear" w:color="auto" w:fill="F4F7F8"/>
            <w:vAlign w:val="center"/>
          </w:tcPr>
          <w:p w14:paraId="489BE1B9" w14:textId="77777777" w:rsidR="009430C1" w:rsidRDefault="00000000">
            <w:pPr>
              <w:spacing w:after="20"/>
            </w:pPr>
            <w:r>
              <w:rPr>
                <w:sz w:val="16"/>
              </w:rPr>
              <w:t>[Kapcsolati lista frissítése]</w:t>
            </w:r>
          </w:p>
        </w:tc>
      </w:tr>
    </w:tbl>
    <w:p w14:paraId="744157FD" w14:textId="77777777" w:rsidR="009430C1" w:rsidRDefault="009430C1">
      <w:pPr>
        <w:spacing w:after="20"/>
      </w:pPr>
    </w:p>
    <w:p w14:paraId="09D968B8" w14:textId="77777777" w:rsidR="009430C1" w:rsidRDefault="00000000">
      <w:r>
        <w:br w:type="page"/>
      </w:r>
    </w:p>
    <w:p w14:paraId="74930C38" w14:textId="77777777" w:rsidR="009430C1" w:rsidRDefault="00000000" w:rsidP="00072C3B">
      <w:pPr>
        <w:pStyle w:val="Cmsor1"/>
      </w:pPr>
      <w:r>
        <w:lastRenderedPageBreak/>
        <w:t>2. SWOT-analízis</w:t>
      </w:r>
    </w:p>
    <w:p w14:paraId="4848B515" w14:textId="77777777" w:rsidR="009430C1" w:rsidRDefault="00000000">
      <w:r>
        <w:t>Gondoljátok végig, mi segíti vagy nehezíti a kampányt. Az erősségek és gyengeségek belső tényezők; a lehetőségek és veszélyek a külső környezethez kapcsolódnak.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9430C1" w14:paraId="3D5B4318" w14:textId="77777777">
        <w:trPr>
          <w:tblHeader/>
          <w:jc w:val="center"/>
        </w:trPr>
        <w:tc>
          <w:tcPr>
            <w:tcW w:w="4896" w:type="dxa"/>
            <w:shd w:val="clear" w:color="auto" w:fill="163B5C"/>
            <w:vAlign w:val="center"/>
          </w:tcPr>
          <w:p w14:paraId="2857C078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ERŐSSÉGEK – belső, segítő tényezők</w:t>
            </w:r>
          </w:p>
        </w:tc>
        <w:tc>
          <w:tcPr>
            <w:tcW w:w="4896" w:type="dxa"/>
            <w:shd w:val="clear" w:color="auto" w:fill="163B5C"/>
            <w:vAlign w:val="center"/>
          </w:tcPr>
          <w:p w14:paraId="497F8D44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GYENGESÉGEK – belső, nehezítő tényezők</w:t>
            </w:r>
          </w:p>
        </w:tc>
      </w:tr>
      <w:tr w:rsidR="009430C1" w14:paraId="7181442C" w14:textId="77777777">
        <w:trPr>
          <w:jc w:val="center"/>
        </w:trPr>
        <w:tc>
          <w:tcPr>
            <w:tcW w:w="4896" w:type="dxa"/>
            <w:vAlign w:val="center"/>
          </w:tcPr>
          <w:p w14:paraId="7129BDF1" w14:textId="77777777" w:rsidR="009430C1" w:rsidRDefault="00000000">
            <w:pPr>
              <w:spacing w:after="20"/>
            </w:pPr>
            <w:r>
              <w:rPr>
                <w:sz w:val="16"/>
              </w:rPr>
              <w:t>[Például: lelkes csapat, korábbi eredmények, jó helyi kapcsolatok]</w:t>
            </w:r>
          </w:p>
        </w:tc>
        <w:tc>
          <w:tcPr>
            <w:tcW w:w="4896" w:type="dxa"/>
            <w:vAlign w:val="center"/>
          </w:tcPr>
          <w:p w14:paraId="6968B8AA" w14:textId="77777777" w:rsidR="009430C1" w:rsidRDefault="00000000">
            <w:pPr>
              <w:spacing w:after="20"/>
            </w:pPr>
            <w:r>
              <w:rPr>
                <w:sz w:val="16"/>
              </w:rPr>
              <w:t>[Például: kevés tapasztalat, szűk időkeret, hiányzó kommunikációs anyag]</w:t>
            </w:r>
          </w:p>
        </w:tc>
      </w:tr>
      <w:tr w:rsidR="009430C1" w14:paraId="4CAA1FD6" w14:textId="77777777">
        <w:trPr>
          <w:jc w:val="center"/>
        </w:trPr>
        <w:tc>
          <w:tcPr>
            <w:tcW w:w="4896" w:type="dxa"/>
            <w:shd w:val="clear" w:color="auto" w:fill="F4F7F8"/>
            <w:vAlign w:val="center"/>
          </w:tcPr>
          <w:p w14:paraId="072133D7" w14:textId="77777777" w:rsidR="009430C1" w:rsidRDefault="00000000">
            <w:pPr>
              <w:spacing w:after="20"/>
            </w:pPr>
            <w:r>
              <w:rPr>
                <w:sz w:val="16"/>
              </w:rPr>
              <w:t>[További erősség]</w:t>
            </w:r>
          </w:p>
        </w:tc>
        <w:tc>
          <w:tcPr>
            <w:tcW w:w="4896" w:type="dxa"/>
            <w:shd w:val="clear" w:color="auto" w:fill="F4F7F8"/>
            <w:vAlign w:val="center"/>
          </w:tcPr>
          <w:p w14:paraId="1FCE694B" w14:textId="77777777" w:rsidR="009430C1" w:rsidRDefault="00000000">
            <w:pPr>
              <w:spacing w:after="20"/>
            </w:pPr>
            <w:r>
              <w:rPr>
                <w:sz w:val="16"/>
              </w:rPr>
              <w:t>[További gyengeség]</w:t>
            </w:r>
          </w:p>
        </w:tc>
      </w:tr>
      <w:tr w:rsidR="009430C1" w14:paraId="07317B97" w14:textId="77777777">
        <w:trPr>
          <w:jc w:val="center"/>
        </w:trPr>
        <w:tc>
          <w:tcPr>
            <w:tcW w:w="4896" w:type="dxa"/>
            <w:vAlign w:val="center"/>
          </w:tcPr>
          <w:p w14:paraId="35943A6C" w14:textId="77777777" w:rsidR="009430C1" w:rsidRDefault="00000000">
            <w:pPr>
              <w:spacing w:after="20"/>
            </w:pPr>
            <w:r>
              <w:rPr>
                <w:sz w:val="16"/>
              </w:rPr>
              <w:t>[További erősség]</w:t>
            </w:r>
          </w:p>
        </w:tc>
        <w:tc>
          <w:tcPr>
            <w:tcW w:w="4896" w:type="dxa"/>
            <w:vAlign w:val="center"/>
          </w:tcPr>
          <w:p w14:paraId="1292075F" w14:textId="77777777" w:rsidR="009430C1" w:rsidRDefault="00000000">
            <w:pPr>
              <w:spacing w:after="20"/>
            </w:pPr>
            <w:r>
              <w:rPr>
                <w:sz w:val="16"/>
              </w:rPr>
              <w:t>[További gyengeség]</w:t>
            </w:r>
          </w:p>
        </w:tc>
      </w:tr>
    </w:tbl>
    <w:p w14:paraId="105F0C8D" w14:textId="77777777" w:rsidR="009430C1" w:rsidRDefault="009430C1">
      <w:pPr>
        <w:spacing w:after="20"/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9430C1" w14:paraId="335C3D34" w14:textId="77777777">
        <w:trPr>
          <w:tblHeader/>
          <w:jc w:val="center"/>
        </w:trPr>
        <w:tc>
          <w:tcPr>
            <w:tcW w:w="4896" w:type="dxa"/>
            <w:shd w:val="clear" w:color="auto" w:fill="163B5C"/>
            <w:vAlign w:val="center"/>
          </w:tcPr>
          <w:p w14:paraId="297135A5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LEHETŐSÉGEK – külső, kedvező tényezők</w:t>
            </w:r>
          </w:p>
        </w:tc>
        <w:tc>
          <w:tcPr>
            <w:tcW w:w="4896" w:type="dxa"/>
            <w:shd w:val="clear" w:color="auto" w:fill="163B5C"/>
            <w:vAlign w:val="center"/>
          </w:tcPr>
          <w:p w14:paraId="7723CC29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VESZÉLYEK – külső kockázatok</w:t>
            </w:r>
          </w:p>
        </w:tc>
      </w:tr>
      <w:tr w:rsidR="009430C1" w14:paraId="00372897" w14:textId="77777777">
        <w:trPr>
          <w:jc w:val="center"/>
        </w:trPr>
        <w:tc>
          <w:tcPr>
            <w:tcW w:w="4896" w:type="dxa"/>
            <w:vAlign w:val="center"/>
          </w:tcPr>
          <w:p w14:paraId="74A4B48D" w14:textId="77777777" w:rsidR="009430C1" w:rsidRDefault="00000000">
            <w:pPr>
              <w:spacing w:after="20"/>
            </w:pPr>
            <w:r>
              <w:rPr>
                <w:sz w:val="16"/>
              </w:rPr>
              <w:t>[Például: helyi vállalkozások, pályázat, közösségi esemény]</w:t>
            </w:r>
          </w:p>
        </w:tc>
        <w:tc>
          <w:tcPr>
            <w:tcW w:w="4896" w:type="dxa"/>
            <w:vAlign w:val="center"/>
          </w:tcPr>
          <w:p w14:paraId="6DAF7C0E" w14:textId="77777777" w:rsidR="009430C1" w:rsidRDefault="00000000">
            <w:pPr>
              <w:spacing w:after="20"/>
            </w:pPr>
            <w:r>
              <w:rPr>
                <w:sz w:val="16"/>
              </w:rPr>
              <w:t>[Például: rövid határidő, bizonytalan költség, támogató visszalépése]</w:t>
            </w:r>
          </w:p>
        </w:tc>
      </w:tr>
      <w:tr w:rsidR="009430C1" w14:paraId="1FC5073F" w14:textId="77777777">
        <w:trPr>
          <w:jc w:val="center"/>
        </w:trPr>
        <w:tc>
          <w:tcPr>
            <w:tcW w:w="4896" w:type="dxa"/>
            <w:shd w:val="clear" w:color="auto" w:fill="F4F7F8"/>
            <w:vAlign w:val="center"/>
          </w:tcPr>
          <w:p w14:paraId="5F1CD3F0" w14:textId="77777777" w:rsidR="009430C1" w:rsidRDefault="00000000">
            <w:pPr>
              <w:spacing w:after="20"/>
            </w:pPr>
            <w:r>
              <w:rPr>
                <w:sz w:val="16"/>
              </w:rPr>
              <w:t>[További lehetőség]</w:t>
            </w:r>
          </w:p>
        </w:tc>
        <w:tc>
          <w:tcPr>
            <w:tcW w:w="4896" w:type="dxa"/>
            <w:shd w:val="clear" w:color="auto" w:fill="F4F7F8"/>
            <w:vAlign w:val="center"/>
          </w:tcPr>
          <w:p w14:paraId="6FFB8909" w14:textId="77777777" w:rsidR="009430C1" w:rsidRDefault="00000000">
            <w:pPr>
              <w:spacing w:after="20"/>
            </w:pPr>
            <w:r>
              <w:rPr>
                <w:sz w:val="16"/>
              </w:rPr>
              <w:t>[További veszély]</w:t>
            </w:r>
          </w:p>
        </w:tc>
      </w:tr>
      <w:tr w:rsidR="009430C1" w14:paraId="2E6DA6FF" w14:textId="77777777">
        <w:trPr>
          <w:jc w:val="center"/>
        </w:trPr>
        <w:tc>
          <w:tcPr>
            <w:tcW w:w="4896" w:type="dxa"/>
            <w:vAlign w:val="center"/>
          </w:tcPr>
          <w:p w14:paraId="64B3C1CB" w14:textId="77777777" w:rsidR="009430C1" w:rsidRDefault="00000000">
            <w:pPr>
              <w:spacing w:after="20"/>
            </w:pPr>
            <w:r>
              <w:rPr>
                <w:sz w:val="16"/>
              </w:rPr>
              <w:t>[További lehetőség]</w:t>
            </w:r>
          </w:p>
        </w:tc>
        <w:tc>
          <w:tcPr>
            <w:tcW w:w="4896" w:type="dxa"/>
            <w:vAlign w:val="center"/>
          </w:tcPr>
          <w:p w14:paraId="5F1E74A4" w14:textId="77777777" w:rsidR="009430C1" w:rsidRDefault="00000000">
            <w:pPr>
              <w:spacing w:after="20"/>
            </w:pPr>
            <w:r>
              <w:rPr>
                <w:sz w:val="16"/>
              </w:rPr>
              <w:t>[További veszély]</w:t>
            </w:r>
          </w:p>
        </w:tc>
      </w:tr>
    </w:tbl>
    <w:p w14:paraId="3FAC624C" w14:textId="77777777" w:rsidR="009430C1" w:rsidRDefault="009430C1">
      <w:pPr>
        <w:spacing w:after="20"/>
      </w:pPr>
    </w:p>
    <w:p w14:paraId="5343D965" w14:textId="77777777" w:rsidR="009430C1" w:rsidRDefault="00000000" w:rsidP="00072C3B">
      <w:pPr>
        <w:rPr>
          <w:b/>
          <w:bCs/>
        </w:rPr>
      </w:pPr>
      <w:r w:rsidRPr="00072C3B">
        <w:rPr>
          <w:b/>
          <w:bCs/>
        </w:rPr>
        <w:t xml:space="preserve">Mit </w:t>
      </w:r>
      <w:proofErr w:type="spellStart"/>
      <w:r w:rsidRPr="00072C3B">
        <w:rPr>
          <w:b/>
          <w:bCs/>
        </w:rPr>
        <w:t>teszünk</w:t>
      </w:r>
      <w:proofErr w:type="spellEnd"/>
      <w:r w:rsidRPr="00072C3B">
        <w:rPr>
          <w:b/>
          <w:bCs/>
        </w:rPr>
        <w:t xml:space="preserve"> </w:t>
      </w:r>
      <w:proofErr w:type="spellStart"/>
      <w:r w:rsidRPr="00072C3B">
        <w:rPr>
          <w:b/>
          <w:bCs/>
        </w:rPr>
        <w:t>az</w:t>
      </w:r>
      <w:proofErr w:type="spellEnd"/>
      <w:r w:rsidRPr="00072C3B">
        <w:rPr>
          <w:b/>
          <w:bCs/>
        </w:rPr>
        <w:t xml:space="preserve"> </w:t>
      </w:r>
      <w:proofErr w:type="spellStart"/>
      <w:r w:rsidRPr="00072C3B">
        <w:rPr>
          <w:b/>
          <w:bCs/>
        </w:rPr>
        <w:t>elemzés</w:t>
      </w:r>
      <w:proofErr w:type="spellEnd"/>
      <w:r w:rsidRPr="00072C3B">
        <w:rPr>
          <w:b/>
          <w:bCs/>
        </w:rPr>
        <w:t xml:space="preserve"> </w:t>
      </w:r>
      <w:proofErr w:type="spellStart"/>
      <w:r w:rsidRPr="00072C3B">
        <w:rPr>
          <w:b/>
          <w:bCs/>
        </w:rPr>
        <w:t>alapján</w:t>
      </w:r>
      <w:proofErr w:type="spellEnd"/>
      <w:r w:rsidRPr="00072C3B">
        <w:rPr>
          <w:b/>
          <w:bCs/>
        </w:rPr>
        <w:t>?</w:t>
      </w:r>
    </w:p>
    <w:p w14:paraId="43E60B49" w14:textId="77777777" w:rsidR="00072C3B" w:rsidRPr="00072C3B" w:rsidRDefault="00072C3B" w:rsidP="00072C3B">
      <w:pPr>
        <w:rPr>
          <w:b/>
          <w:bCs/>
        </w:rPr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4320"/>
        <w:gridCol w:w="2448"/>
      </w:tblGrid>
      <w:tr w:rsidR="009430C1" w14:paraId="029F3821" w14:textId="77777777">
        <w:trPr>
          <w:tblHeader/>
          <w:jc w:val="center"/>
        </w:trPr>
        <w:tc>
          <w:tcPr>
            <w:tcW w:w="3024" w:type="dxa"/>
            <w:shd w:val="clear" w:color="auto" w:fill="163B5C"/>
            <w:vAlign w:val="center"/>
          </w:tcPr>
          <w:p w14:paraId="6CF7E516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Megállapítás</w:t>
            </w:r>
          </w:p>
        </w:tc>
        <w:tc>
          <w:tcPr>
            <w:tcW w:w="4320" w:type="dxa"/>
            <w:shd w:val="clear" w:color="auto" w:fill="163B5C"/>
            <w:vAlign w:val="center"/>
          </w:tcPr>
          <w:p w14:paraId="7D1C5E52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Tervezett válaszlépés</w:t>
            </w:r>
          </w:p>
        </w:tc>
        <w:tc>
          <w:tcPr>
            <w:tcW w:w="2448" w:type="dxa"/>
            <w:shd w:val="clear" w:color="auto" w:fill="163B5C"/>
            <w:vAlign w:val="center"/>
          </w:tcPr>
          <w:p w14:paraId="445B6E31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Felelős / határidő</w:t>
            </w:r>
          </w:p>
        </w:tc>
      </w:tr>
      <w:tr w:rsidR="009430C1" w14:paraId="29623524" w14:textId="77777777">
        <w:trPr>
          <w:jc w:val="center"/>
        </w:trPr>
        <w:tc>
          <w:tcPr>
            <w:tcW w:w="3024" w:type="dxa"/>
            <w:vAlign w:val="center"/>
          </w:tcPr>
          <w:p w14:paraId="3138F3CD" w14:textId="77777777" w:rsidR="009430C1" w:rsidRDefault="00000000">
            <w:pPr>
              <w:spacing w:after="20"/>
            </w:pPr>
            <w:r>
              <w:rPr>
                <w:sz w:val="16"/>
              </w:rPr>
              <w:t>[Melyik erősséget használjuk ki?]</w:t>
            </w:r>
          </w:p>
        </w:tc>
        <w:tc>
          <w:tcPr>
            <w:tcW w:w="4320" w:type="dxa"/>
            <w:vAlign w:val="center"/>
          </w:tcPr>
          <w:p w14:paraId="70EDC096" w14:textId="77777777" w:rsidR="009430C1" w:rsidRDefault="00000000">
            <w:pPr>
              <w:spacing w:after="20"/>
            </w:pPr>
            <w:r>
              <w:rPr>
                <w:sz w:val="16"/>
              </w:rPr>
              <w:t>[Konkrét lépés]</w:t>
            </w:r>
          </w:p>
        </w:tc>
        <w:tc>
          <w:tcPr>
            <w:tcW w:w="2448" w:type="dxa"/>
            <w:vAlign w:val="center"/>
          </w:tcPr>
          <w:p w14:paraId="6C02256A" w14:textId="77777777" w:rsidR="009430C1" w:rsidRDefault="00000000">
            <w:pPr>
              <w:spacing w:after="20"/>
            </w:pPr>
            <w:r>
              <w:rPr>
                <w:sz w:val="16"/>
              </w:rPr>
              <w:t>[Név / dátum]</w:t>
            </w:r>
          </w:p>
        </w:tc>
      </w:tr>
      <w:tr w:rsidR="009430C1" w14:paraId="4DFDF1F0" w14:textId="77777777">
        <w:trPr>
          <w:jc w:val="center"/>
        </w:trPr>
        <w:tc>
          <w:tcPr>
            <w:tcW w:w="3024" w:type="dxa"/>
            <w:shd w:val="clear" w:color="auto" w:fill="F4F7F8"/>
            <w:vAlign w:val="center"/>
          </w:tcPr>
          <w:p w14:paraId="379D73A1" w14:textId="77777777" w:rsidR="009430C1" w:rsidRDefault="00000000">
            <w:pPr>
              <w:spacing w:after="20"/>
            </w:pPr>
            <w:r>
              <w:rPr>
                <w:sz w:val="16"/>
              </w:rPr>
              <w:t>[Melyik gyengeséget javítjuk?]</w:t>
            </w:r>
          </w:p>
        </w:tc>
        <w:tc>
          <w:tcPr>
            <w:tcW w:w="4320" w:type="dxa"/>
            <w:shd w:val="clear" w:color="auto" w:fill="F4F7F8"/>
            <w:vAlign w:val="center"/>
          </w:tcPr>
          <w:p w14:paraId="2E69C141" w14:textId="77777777" w:rsidR="009430C1" w:rsidRDefault="00000000">
            <w:pPr>
              <w:spacing w:after="20"/>
            </w:pPr>
            <w:r>
              <w:rPr>
                <w:sz w:val="16"/>
              </w:rPr>
              <w:t>[Konkrét lépés]</w:t>
            </w:r>
          </w:p>
        </w:tc>
        <w:tc>
          <w:tcPr>
            <w:tcW w:w="2448" w:type="dxa"/>
            <w:shd w:val="clear" w:color="auto" w:fill="F4F7F8"/>
            <w:vAlign w:val="center"/>
          </w:tcPr>
          <w:p w14:paraId="2A27A552" w14:textId="77777777" w:rsidR="009430C1" w:rsidRDefault="00000000">
            <w:pPr>
              <w:spacing w:after="20"/>
            </w:pPr>
            <w:r>
              <w:rPr>
                <w:sz w:val="16"/>
              </w:rPr>
              <w:t>[Név / dátum]</w:t>
            </w:r>
          </w:p>
        </w:tc>
      </w:tr>
      <w:tr w:rsidR="009430C1" w14:paraId="06CA694C" w14:textId="77777777">
        <w:trPr>
          <w:jc w:val="center"/>
        </w:trPr>
        <w:tc>
          <w:tcPr>
            <w:tcW w:w="3024" w:type="dxa"/>
            <w:vAlign w:val="center"/>
          </w:tcPr>
          <w:p w14:paraId="2237520A" w14:textId="77777777" w:rsidR="009430C1" w:rsidRDefault="00000000">
            <w:pPr>
              <w:spacing w:after="20"/>
            </w:pPr>
            <w:r>
              <w:rPr>
                <w:sz w:val="16"/>
              </w:rPr>
              <w:t>[Melyik kockázatra készülünk fel?]</w:t>
            </w:r>
          </w:p>
        </w:tc>
        <w:tc>
          <w:tcPr>
            <w:tcW w:w="4320" w:type="dxa"/>
            <w:vAlign w:val="center"/>
          </w:tcPr>
          <w:p w14:paraId="3F5318E8" w14:textId="77777777" w:rsidR="009430C1" w:rsidRDefault="00000000">
            <w:pPr>
              <w:spacing w:after="20"/>
            </w:pPr>
            <w:r>
              <w:rPr>
                <w:sz w:val="16"/>
              </w:rPr>
              <w:t>[B terv]</w:t>
            </w:r>
          </w:p>
        </w:tc>
        <w:tc>
          <w:tcPr>
            <w:tcW w:w="2448" w:type="dxa"/>
            <w:vAlign w:val="center"/>
          </w:tcPr>
          <w:p w14:paraId="71EF5CDC" w14:textId="77777777" w:rsidR="009430C1" w:rsidRDefault="00000000">
            <w:pPr>
              <w:spacing w:after="20"/>
            </w:pPr>
            <w:r>
              <w:rPr>
                <w:sz w:val="16"/>
              </w:rPr>
              <w:t>[Név / dátum]</w:t>
            </w:r>
          </w:p>
        </w:tc>
      </w:tr>
    </w:tbl>
    <w:p w14:paraId="1E364860" w14:textId="77777777" w:rsidR="009430C1" w:rsidRDefault="009430C1">
      <w:pPr>
        <w:spacing w:after="20"/>
      </w:pPr>
    </w:p>
    <w:p w14:paraId="23835475" w14:textId="77777777" w:rsidR="009430C1" w:rsidRDefault="00000000">
      <w:r>
        <w:br w:type="page"/>
      </w:r>
    </w:p>
    <w:p w14:paraId="004BCE38" w14:textId="77777777" w:rsidR="009430C1" w:rsidRDefault="00000000" w:rsidP="00072C3B">
      <w:pPr>
        <w:pStyle w:val="Cmsor1"/>
      </w:pPr>
      <w:r>
        <w:lastRenderedPageBreak/>
        <w:t>3. Szükséges források részletezése</w:t>
      </w:r>
    </w:p>
    <w:p w14:paraId="7732F948" w14:textId="77777777" w:rsidR="009430C1" w:rsidRDefault="00000000">
      <w:r>
        <w:t>A pénz mellett vegyétek számba az eszközöket, szolgáltatásokat, tudást és emberi segítséget is. A különböző forrástípusokat ne adjátok össze úgy, mintha mind készpénz lenne.</w:t>
      </w:r>
    </w:p>
    <w:p w14:paraId="79922F2C" w14:textId="77777777" w:rsidR="009430C1" w:rsidRPr="00072C3B" w:rsidRDefault="00000000" w:rsidP="00072C3B">
      <w:pPr>
        <w:pStyle w:val="Cmsor2"/>
      </w:pPr>
      <w:r w:rsidRPr="00072C3B">
        <w:t xml:space="preserve">3.1 </w:t>
      </w:r>
      <w:proofErr w:type="spellStart"/>
      <w:r w:rsidRPr="00072C3B">
        <w:t>Kiadások</w:t>
      </w:r>
      <w:proofErr w:type="spellEnd"/>
      <w:r w:rsidRPr="00072C3B">
        <w:t xml:space="preserve"> </w:t>
      </w:r>
      <w:proofErr w:type="spellStart"/>
      <w:r w:rsidRPr="00072C3B">
        <w:t>és</w:t>
      </w:r>
      <w:proofErr w:type="spellEnd"/>
      <w:r w:rsidRPr="00072C3B">
        <w:t xml:space="preserve"> </w:t>
      </w:r>
      <w:proofErr w:type="spellStart"/>
      <w:r w:rsidRPr="00072C3B">
        <w:t>hiányzó</w:t>
      </w:r>
      <w:proofErr w:type="spellEnd"/>
      <w:r w:rsidRPr="00072C3B">
        <w:t xml:space="preserve"> </w:t>
      </w:r>
      <w:proofErr w:type="spellStart"/>
      <w:r w:rsidRPr="00072C3B">
        <w:t>források</w:t>
      </w:r>
      <w:proofErr w:type="spellEnd"/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936"/>
        <w:gridCol w:w="1296"/>
        <w:gridCol w:w="1296"/>
        <w:gridCol w:w="1800"/>
      </w:tblGrid>
      <w:tr w:rsidR="009430C1" w14:paraId="22EED4A6" w14:textId="77777777">
        <w:trPr>
          <w:tblHeader/>
          <w:jc w:val="center"/>
        </w:trPr>
        <w:tc>
          <w:tcPr>
            <w:tcW w:w="2160" w:type="dxa"/>
            <w:shd w:val="clear" w:color="auto" w:fill="163B5C"/>
            <w:vAlign w:val="center"/>
          </w:tcPr>
          <w:p w14:paraId="7828A87C" w14:textId="77777777" w:rsidR="009430C1" w:rsidRDefault="00000000">
            <w:pPr>
              <w:spacing w:after="20"/>
            </w:pPr>
            <w:proofErr w:type="spellStart"/>
            <w:r>
              <w:rPr>
                <w:b/>
                <w:color w:val="FFFFFF"/>
                <w:sz w:val="14"/>
              </w:rPr>
              <w:t>Kiadás</w:t>
            </w:r>
            <w:proofErr w:type="spellEnd"/>
            <w:r>
              <w:rPr>
                <w:b/>
                <w:color w:val="FFFFFF"/>
                <w:sz w:val="14"/>
              </w:rPr>
              <w:t xml:space="preserve"> / </w:t>
            </w:r>
            <w:proofErr w:type="spellStart"/>
            <w:r>
              <w:rPr>
                <w:b/>
                <w:color w:val="FFFFFF"/>
                <w:sz w:val="14"/>
              </w:rPr>
              <w:t>tétel</w:t>
            </w:r>
            <w:proofErr w:type="spellEnd"/>
          </w:p>
        </w:tc>
        <w:tc>
          <w:tcPr>
            <w:tcW w:w="2160" w:type="dxa"/>
            <w:shd w:val="clear" w:color="auto" w:fill="163B5C"/>
            <w:vAlign w:val="center"/>
          </w:tcPr>
          <w:p w14:paraId="4AD4A6D7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Miért szükséges?</w:t>
            </w:r>
          </w:p>
        </w:tc>
        <w:tc>
          <w:tcPr>
            <w:tcW w:w="936" w:type="dxa"/>
            <w:shd w:val="clear" w:color="auto" w:fill="163B5C"/>
            <w:vAlign w:val="center"/>
          </w:tcPr>
          <w:p w14:paraId="5B116171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Mennyiség</w:t>
            </w:r>
          </w:p>
        </w:tc>
        <w:tc>
          <w:tcPr>
            <w:tcW w:w="1296" w:type="dxa"/>
            <w:shd w:val="clear" w:color="auto" w:fill="163B5C"/>
            <w:vAlign w:val="center"/>
          </w:tcPr>
          <w:p w14:paraId="44D41600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Egységár</w:t>
            </w:r>
          </w:p>
        </w:tc>
        <w:tc>
          <w:tcPr>
            <w:tcW w:w="1296" w:type="dxa"/>
            <w:shd w:val="clear" w:color="auto" w:fill="163B5C"/>
            <w:vAlign w:val="center"/>
          </w:tcPr>
          <w:p w14:paraId="175CD1B3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Összesen</w:t>
            </w:r>
          </w:p>
        </w:tc>
        <w:tc>
          <w:tcPr>
            <w:tcW w:w="1800" w:type="dxa"/>
            <w:shd w:val="clear" w:color="auto" w:fill="163B5C"/>
            <w:vAlign w:val="center"/>
          </w:tcPr>
          <w:p w14:paraId="5EE56F61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Sürgősség</w:t>
            </w:r>
          </w:p>
        </w:tc>
      </w:tr>
      <w:tr w:rsidR="009430C1" w14:paraId="40B6A16A" w14:textId="77777777">
        <w:trPr>
          <w:jc w:val="center"/>
        </w:trPr>
        <w:tc>
          <w:tcPr>
            <w:tcW w:w="2160" w:type="dxa"/>
            <w:vAlign w:val="center"/>
          </w:tcPr>
          <w:p w14:paraId="3F60BA2C" w14:textId="77777777" w:rsidR="009430C1" w:rsidRDefault="00000000">
            <w:pPr>
              <w:spacing w:after="20"/>
            </w:pPr>
            <w:r>
              <w:rPr>
                <w:sz w:val="14"/>
              </w:rPr>
              <w:t>[Nevezés / utazás / anyag]</w:t>
            </w:r>
          </w:p>
        </w:tc>
        <w:tc>
          <w:tcPr>
            <w:tcW w:w="2160" w:type="dxa"/>
            <w:vAlign w:val="center"/>
          </w:tcPr>
          <w:p w14:paraId="7CD309F7" w14:textId="77777777" w:rsidR="009430C1" w:rsidRDefault="00000000">
            <w:pPr>
              <w:spacing w:after="20"/>
            </w:pPr>
            <w:r>
              <w:rPr>
                <w:sz w:val="14"/>
              </w:rPr>
              <w:t>[Rövid indok]</w:t>
            </w:r>
          </w:p>
        </w:tc>
        <w:tc>
          <w:tcPr>
            <w:tcW w:w="936" w:type="dxa"/>
            <w:vAlign w:val="center"/>
          </w:tcPr>
          <w:p w14:paraId="47323CB8" w14:textId="77777777" w:rsidR="009430C1" w:rsidRDefault="00000000">
            <w:pPr>
              <w:spacing w:after="20"/>
            </w:pPr>
            <w:r>
              <w:rPr>
                <w:sz w:val="14"/>
              </w:rPr>
              <w:t>[db]</w:t>
            </w:r>
          </w:p>
        </w:tc>
        <w:tc>
          <w:tcPr>
            <w:tcW w:w="1296" w:type="dxa"/>
            <w:vAlign w:val="center"/>
          </w:tcPr>
          <w:p w14:paraId="6D503F93" w14:textId="77777777" w:rsidR="009430C1" w:rsidRDefault="00000000">
            <w:pPr>
              <w:spacing w:after="20"/>
            </w:pPr>
            <w:r>
              <w:rPr>
                <w:sz w:val="14"/>
              </w:rPr>
              <w:t>[Ft]</w:t>
            </w:r>
          </w:p>
        </w:tc>
        <w:tc>
          <w:tcPr>
            <w:tcW w:w="1296" w:type="dxa"/>
            <w:vAlign w:val="center"/>
          </w:tcPr>
          <w:p w14:paraId="3AA3D759" w14:textId="77777777" w:rsidR="009430C1" w:rsidRDefault="00000000">
            <w:pPr>
              <w:spacing w:after="20"/>
            </w:pPr>
            <w:r>
              <w:rPr>
                <w:sz w:val="14"/>
              </w:rPr>
              <w:t>[Ft]</w:t>
            </w:r>
          </w:p>
        </w:tc>
        <w:tc>
          <w:tcPr>
            <w:tcW w:w="1800" w:type="dxa"/>
            <w:vAlign w:val="center"/>
          </w:tcPr>
          <w:p w14:paraId="3A894F5E" w14:textId="77777777" w:rsidR="009430C1" w:rsidRDefault="00000000">
            <w:pPr>
              <w:spacing w:after="20"/>
            </w:pPr>
            <w:r>
              <w:rPr>
                <w:sz w:val="14"/>
              </w:rPr>
              <w:t>[Szükséges / plusz]</w:t>
            </w:r>
          </w:p>
        </w:tc>
      </w:tr>
      <w:tr w:rsidR="009430C1" w14:paraId="63C07FCB" w14:textId="77777777">
        <w:trPr>
          <w:jc w:val="center"/>
        </w:trPr>
        <w:tc>
          <w:tcPr>
            <w:tcW w:w="2160" w:type="dxa"/>
            <w:shd w:val="clear" w:color="auto" w:fill="F4F7F8"/>
            <w:vAlign w:val="center"/>
          </w:tcPr>
          <w:p w14:paraId="395B384C" w14:textId="77777777" w:rsidR="009430C1" w:rsidRDefault="00000000">
            <w:pPr>
              <w:spacing w:after="20"/>
            </w:pPr>
            <w:r>
              <w:rPr>
                <w:sz w:val="14"/>
              </w:rPr>
              <w:t>[Tétel]</w:t>
            </w:r>
          </w:p>
        </w:tc>
        <w:tc>
          <w:tcPr>
            <w:tcW w:w="2160" w:type="dxa"/>
            <w:shd w:val="clear" w:color="auto" w:fill="F4F7F8"/>
            <w:vAlign w:val="center"/>
          </w:tcPr>
          <w:p w14:paraId="7B8B9ED0" w14:textId="77777777" w:rsidR="009430C1" w:rsidRDefault="00000000">
            <w:pPr>
              <w:spacing w:after="20"/>
            </w:pPr>
            <w:r>
              <w:rPr>
                <w:sz w:val="14"/>
              </w:rPr>
              <w:t>[Indok]</w:t>
            </w:r>
          </w:p>
        </w:tc>
        <w:tc>
          <w:tcPr>
            <w:tcW w:w="936" w:type="dxa"/>
            <w:shd w:val="clear" w:color="auto" w:fill="F4F7F8"/>
            <w:vAlign w:val="center"/>
          </w:tcPr>
          <w:p w14:paraId="36587E49" w14:textId="77777777" w:rsidR="009430C1" w:rsidRDefault="00000000">
            <w:pPr>
              <w:spacing w:after="20"/>
            </w:pPr>
            <w:r>
              <w:rPr>
                <w:sz w:val="14"/>
              </w:rPr>
              <w:t>[db]</w:t>
            </w:r>
          </w:p>
        </w:tc>
        <w:tc>
          <w:tcPr>
            <w:tcW w:w="1296" w:type="dxa"/>
            <w:shd w:val="clear" w:color="auto" w:fill="F4F7F8"/>
            <w:vAlign w:val="center"/>
          </w:tcPr>
          <w:p w14:paraId="7BF17F92" w14:textId="77777777" w:rsidR="009430C1" w:rsidRDefault="00000000">
            <w:pPr>
              <w:spacing w:after="20"/>
            </w:pPr>
            <w:r>
              <w:rPr>
                <w:sz w:val="14"/>
              </w:rPr>
              <w:t>[Ft]</w:t>
            </w:r>
          </w:p>
        </w:tc>
        <w:tc>
          <w:tcPr>
            <w:tcW w:w="1296" w:type="dxa"/>
            <w:shd w:val="clear" w:color="auto" w:fill="F4F7F8"/>
            <w:vAlign w:val="center"/>
          </w:tcPr>
          <w:p w14:paraId="7AB8080F" w14:textId="77777777" w:rsidR="009430C1" w:rsidRDefault="00000000">
            <w:pPr>
              <w:spacing w:after="20"/>
            </w:pPr>
            <w:r>
              <w:rPr>
                <w:sz w:val="14"/>
              </w:rPr>
              <w:t>[Ft]</w:t>
            </w:r>
          </w:p>
        </w:tc>
        <w:tc>
          <w:tcPr>
            <w:tcW w:w="1800" w:type="dxa"/>
            <w:shd w:val="clear" w:color="auto" w:fill="F4F7F8"/>
            <w:vAlign w:val="center"/>
          </w:tcPr>
          <w:p w14:paraId="011A29C1" w14:textId="77777777" w:rsidR="009430C1" w:rsidRDefault="00000000">
            <w:pPr>
              <w:spacing w:after="20"/>
            </w:pPr>
            <w:r>
              <w:rPr>
                <w:sz w:val="14"/>
              </w:rPr>
              <w:t>[Szükséges / plusz]</w:t>
            </w:r>
          </w:p>
        </w:tc>
      </w:tr>
      <w:tr w:rsidR="009430C1" w14:paraId="7A9A1722" w14:textId="77777777">
        <w:trPr>
          <w:jc w:val="center"/>
        </w:trPr>
        <w:tc>
          <w:tcPr>
            <w:tcW w:w="2160" w:type="dxa"/>
            <w:vAlign w:val="center"/>
          </w:tcPr>
          <w:p w14:paraId="6AF36ECE" w14:textId="77777777" w:rsidR="009430C1" w:rsidRDefault="00000000">
            <w:pPr>
              <w:spacing w:after="20"/>
            </w:pPr>
            <w:r>
              <w:rPr>
                <w:sz w:val="14"/>
              </w:rPr>
              <w:t>[Tétel]</w:t>
            </w:r>
          </w:p>
        </w:tc>
        <w:tc>
          <w:tcPr>
            <w:tcW w:w="2160" w:type="dxa"/>
            <w:vAlign w:val="center"/>
          </w:tcPr>
          <w:p w14:paraId="17EEB4E6" w14:textId="77777777" w:rsidR="009430C1" w:rsidRDefault="00000000">
            <w:pPr>
              <w:spacing w:after="20"/>
            </w:pPr>
            <w:r>
              <w:rPr>
                <w:sz w:val="14"/>
              </w:rPr>
              <w:t>[Indok]</w:t>
            </w:r>
          </w:p>
        </w:tc>
        <w:tc>
          <w:tcPr>
            <w:tcW w:w="936" w:type="dxa"/>
            <w:vAlign w:val="center"/>
          </w:tcPr>
          <w:p w14:paraId="3B9E89F0" w14:textId="77777777" w:rsidR="009430C1" w:rsidRDefault="00000000">
            <w:pPr>
              <w:spacing w:after="20"/>
            </w:pPr>
            <w:r>
              <w:rPr>
                <w:sz w:val="14"/>
              </w:rPr>
              <w:t>[db]</w:t>
            </w:r>
          </w:p>
        </w:tc>
        <w:tc>
          <w:tcPr>
            <w:tcW w:w="1296" w:type="dxa"/>
            <w:vAlign w:val="center"/>
          </w:tcPr>
          <w:p w14:paraId="4C1E805F" w14:textId="77777777" w:rsidR="009430C1" w:rsidRDefault="00000000">
            <w:pPr>
              <w:spacing w:after="20"/>
            </w:pPr>
            <w:r>
              <w:rPr>
                <w:sz w:val="14"/>
              </w:rPr>
              <w:t>[Ft]</w:t>
            </w:r>
          </w:p>
        </w:tc>
        <w:tc>
          <w:tcPr>
            <w:tcW w:w="1296" w:type="dxa"/>
            <w:vAlign w:val="center"/>
          </w:tcPr>
          <w:p w14:paraId="492FA197" w14:textId="77777777" w:rsidR="009430C1" w:rsidRDefault="00000000">
            <w:pPr>
              <w:spacing w:after="20"/>
            </w:pPr>
            <w:r>
              <w:rPr>
                <w:sz w:val="14"/>
              </w:rPr>
              <w:t>[Ft]</w:t>
            </w:r>
          </w:p>
        </w:tc>
        <w:tc>
          <w:tcPr>
            <w:tcW w:w="1800" w:type="dxa"/>
            <w:vAlign w:val="center"/>
          </w:tcPr>
          <w:p w14:paraId="4356F8F8" w14:textId="77777777" w:rsidR="009430C1" w:rsidRDefault="00000000">
            <w:pPr>
              <w:spacing w:after="20"/>
            </w:pPr>
            <w:r>
              <w:rPr>
                <w:sz w:val="14"/>
              </w:rPr>
              <w:t>[Szükséges / plusz]</w:t>
            </w:r>
          </w:p>
        </w:tc>
      </w:tr>
      <w:tr w:rsidR="009430C1" w14:paraId="029483C0" w14:textId="77777777">
        <w:trPr>
          <w:jc w:val="center"/>
        </w:trPr>
        <w:tc>
          <w:tcPr>
            <w:tcW w:w="2160" w:type="dxa"/>
            <w:shd w:val="clear" w:color="auto" w:fill="F4F7F8"/>
            <w:vAlign w:val="center"/>
          </w:tcPr>
          <w:p w14:paraId="047679C7" w14:textId="77777777" w:rsidR="009430C1" w:rsidRDefault="00000000">
            <w:pPr>
              <w:spacing w:after="20"/>
            </w:pPr>
            <w:r>
              <w:rPr>
                <w:sz w:val="14"/>
              </w:rPr>
              <w:t>Összes kiadás</w:t>
            </w:r>
          </w:p>
        </w:tc>
        <w:tc>
          <w:tcPr>
            <w:tcW w:w="2160" w:type="dxa"/>
            <w:shd w:val="clear" w:color="auto" w:fill="F4F7F8"/>
            <w:vAlign w:val="center"/>
          </w:tcPr>
          <w:p w14:paraId="502A75AC" w14:textId="77777777" w:rsidR="009430C1" w:rsidRDefault="009430C1">
            <w:pPr>
              <w:spacing w:after="20"/>
            </w:pPr>
          </w:p>
        </w:tc>
        <w:tc>
          <w:tcPr>
            <w:tcW w:w="936" w:type="dxa"/>
            <w:shd w:val="clear" w:color="auto" w:fill="F4F7F8"/>
            <w:vAlign w:val="center"/>
          </w:tcPr>
          <w:p w14:paraId="07F13209" w14:textId="77777777" w:rsidR="009430C1" w:rsidRDefault="009430C1">
            <w:pPr>
              <w:spacing w:after="20"/>
            </w:pPr>
          </w:p>
        </w:tc>
        <w:tc>
          <w:tcPr>
            <w:tcW w:w="1296" w:type="dxa"/>
            <w:shd w:val="clear" w:color="auto" w:fill="F4F7F8"/>
            <w:vAlign w:val="center"/>
          </w:tcPr>
          <w:p w14:paraId="4B1941FC" w14:textId="77777777" w:rsidR="009430C1" w:rsidRDefault="009430C1">
            <w:pPr>
              <w:spacing w:after="20"/>
            </w:pPr>
          </w:p>
        </w:tc>
        <w:tc>
          <w:tcPr>
            <w:tcW w:w="1296" w:type="dxa"/>
            <w:shd w:val="clear" w:color="auto" w:fill="F4F7F8"/>
            <w:vAlign w:val="center"/>
          </w:tcPr>
          <w:p w14:paraId="23053BA9" w14:textId="77777777" w:rsidR="009430C1" w:rsidRDefault="00000000">
            <w:pPr>
              <w:spacing w:after="20"/>
            </w:pPr>
            <w:r>
              <w:rPr>
                <w:sz w:val="14"/>
              </w:rPr>
              <w:t>[Ft]</w:t>
            </w:r>
          </w:p>
        </w:tc>
        <w:tc>
          <w:tcPr>
            <w:tcW w:w="1800" w:type="dxa"/>
            <w:shd w:val="clear" w:color="auto" w:fill="F4F7F8"/>
            <w:vAlign w:val="center"/>
          </w:tcPr>
          <w:p w14:paraId="1ACE9771" w14:textId="77777777" w:rsidR="009430C1" w:rsidRDefault="009430C1">
            <w:pPr>
              <w:spacing w:after="20"/>
            </w:pPr>
          </w:p>
        </w:tc>
      </w:tr>
    </w:tbl>
    <w:p w14:paraId="168F0AFC" w14:textId="77777777" w:rsidR="009430C1" w:rsidRDefault="009430C1">
      <w:pPr>
        <w:spacing w:after="20"/>
      </w:pPr>
    </w:p>
    <w:p w14:paraId="08A51BCD" w14:textId="77777777" w:rsidR="009430C1" w:rsidRDefault="00000000">
      <w:r>
        <w:t>Tervezzetek indokolt tartalékot az árváltozásra vagy váratlan költségre. A tartalék mértékét és felhasználását beszéljétek meg a felnőtt kapcsolattartóval.</w:t>
      </w:r>
    </w:p>
    <w:p w14:paraId="41283F12" w14:textId="77777777" w:rsidR="009430C1" w:rsidRDefault="00000000" w:rsidP="00072C3B">
      <w:pPr>
        <w:pStyle w:val="Cmsor2"/>
      </w:pPr>
      <w:r>
        <w:t>3.2 Bevételek és már rendelkezésre álló források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1728"/>
        <w:gridCol w:w="1440"/>
        <w:gridCol w:w="1584"/>
        <w:gridCol w:w="1872"/>
      </w:tblGrid>
      <w:tr w:rsidR="009430C1" w14:paraId="6E5A8278" w14:textId="77777777">
        <w:trPr>
          <w:tblHeader/>
          <w:jc w:val="center"/>
        </w:trPr>
        <w:tc>
          <w:tcPr>
            <w:tcW w:w="3024" w:type="dxa"/>
            <w:shd w:val="clear" w:color="auto" w:fill="163B5C"/>
            <w:vAlign w:val="center"/>
          </w:tcPr>
          <w:p w14:paraId="400866D6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Forrás</w:t>
            </w:r>
          </w:p>
        </w:tc>
        <w:tc>
          <w:tcPr>
            <w:tcW w:w="1728" w:type="dxa"/>
            <w:shd w:val="clear" w:color="auto" w:fill="163B5C"/>
            <w:vAlign w:val="center"/>
          </w:tcPr>
          <w:p w14:paraId="1D5DFCA8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Tervezett érték</w:t>
            </w:r>
          </w:p>
        </w:tc>
        <w:tc>
          <w:tcPr>
            <w:tcW w:w="1440" w:type="dxa"/>
            <w:shd w:val="clear" w:color="auto" w:fill="163B5C"/>
            <w:vAlign w:val="center"/>
          </w:tcPr>
          <w:p w14:paraId="39B27580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Már biztos?</w:t>
            </w:r>
          </w:p>
        </w:tc>
        <w:tc>
          <w:tcPr>
            <w:tcW w:w="1584" w:type="dxa"/>
            <w:shd w:val="clear" w:color="auto" w:fill="163B5C"/>
            <w:vAlign w:val="center"/>
          </w:tcPr>
          <w:p w14:paraId="0E527962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Várható dátum</w:t>
            </w:r>
          </w:p>
        </w:tc>
        <w:tc>
          <w:tcPr>
            <w:tcW w:w="1872" w:type="dxa"/>
            <w:shd w:val="clear" w:color="auto" w:fill="163B5C"/>
            <w:vAlign w:val="center"/>
          </w:tcPr>
          <w:p w14:paraId="0D075BD4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Megjegyzés</w:t>
            </w:r>
          </w:p>
        </w:tc>
      </w:tr>
      <w:tr w:rsidR="009430C1" w14:paraId="1F26BC87" w14:textId="77777777">
        <w:trPr>
          <w:jc w:val="center"/>
        </w:trPr>
        <w:tc>
          <w:tcPr>
            <w:tcW w:w="3024" w:type="dxa"/>
            <w:vAlign w:val="center"/>
          </w:tcPr>
          <w:p w14:paraId="214C271D" w14:textId="77777777" w:rsidR="009430C1" w:rsidRDefault="00000000">
            <w:pPr>
              <w:spacing w:after="20"/>
            </w:pPr>
            <w:r>
              <w:rPr>
                <w:sz w:val="15"/>
              </w:rPr>
              <w:t>[Saját / intézményi forrás]</w:t>
            </w:r>
          </w:p>
        </w:tc>
        <w:tc>
          <w:tcPr>
            <w:tcW w:w="1728" w:type="dxa"/>
            <w:vAlign w:val="center"/>
          </w:tcPr>
          <w:p w14:paraId="01853E35" w14:textId="77777777" w:rsidR="009430C1" w:rsidRDefault="00000000">
            <w:pPr>
              <w:spacing w:after="20"/>
            </w:pPr>
            <w:r>
              <w:rPr>
                <w:sz w:val="15"/>
              </w:rPr>
              <w:t>[Ft]</w:t>
            </w:r>
          </w:p>
        </w:tc>
        <w:tc>
          <w:tcPr>
            <w:tcW w:w="1440" w:type="dxa"/>
            <w:vAlign w:val="center"/>
          </w:tcPr>
          <w:p w14:paraId="6FB03358" w14:textId="77777777" w:rsidR="009430C1" w:rsidRDefault="00000000">
            <w:pPr>
              <w:spacing w:after="20"/>
            </w:pPr>
            <w:r>
              <w:rPr>
                <w:sz w:val="15"/>
              </w:rPr>
              <w:t>[igen / nem]</w:t>
            </w:r>
          </w:p>
        </w:tc>
        <w:tc>
          <w:tcPr>
            <w:tcW w:w="1584" w:type="dxa"/>
            <w:vAlign w:val="center"/>
          </w:tcPr>
          <w:p w14:paraId="55AEAABC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1872" w:type="dxa"/>
            <w:vAlign w:val="center"/>
          </w:tcPr>
          <w:p w14:paraId="28D8C5BD" w14:textId="77777777" w:rsidR="009430C1" w:rsidRDefault="00000000">
            <w:pPr>
              <w:spacing w:after="20"/>
            </w:pPr>
            <w:r>
              <w:rPr>
                <w:sz w:val="15"/>
              </w:rPr>
              <w:t>[feltétel]</w:t>
            </w:r>
          </w:p>
        </w:tc>
      </w:tr>
      <w:tr w:rsidR="009430C1" w14:paraId="6405C7BC" w14:textId="77777777">
        <w:trPr>
          <w:jc w:val="center"/>
        </w:trPr>
        <w:tc>
          <w:tcPr>
            <w:tcW w:w="3024" w:type="dxa"/>
            <w:shd w:val="clear" w:color="auto" w:fill="F4F7F8"/>
            <w:vAlign w:val="center"/>
          </w:tcPr>
          <w:p w14:paraId="2C1B4ADB" w14:textId="77777777" w:rsidR="009430C1" w:rsidRDefault="00000000">
            <w:pPr>
              <w:spacing w:after="20"/>
            </w:pPr>
            <w:r>
              <w:rPr>
                <w:sz w:val="15"/>
              </w:rPr>
              <w:t>[Pályázat / adomány]</w:t>
            </w:r>
          </w:p>
        </w:tc>
        <w:tc>
          <w:tcPr>
            <w:tcW w:w="1728" w:type="dxa"/>
            <w:shd w:val="clear" w:color="auto" w:fill="F4F7F8"/>
            <w:vAlign w:val="center"/>
          </w:tcPr>
          <w:p w14:paraId="2E1375CC" w14:textId="77777777" w:rsidR="009430C1" w:rsidRDefault="00000000">
            <w:pPr>
              <w:spacing w:after="20"/>
            </w:pPr>
            <w:r>
              <w:rPr>
                <w:sz w:val="15"/>
              </w:rPr>
              <w:t>[Ft]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3B9ADC77" w14:textId="77777777" w:rsidR="009430C1" w:rsidRDefault="00000000">
            <w:pPr>
              <w:spacing w:after="20"/>
            </w:pPr>
            <w:r>
              <w:rPr>
                <w:sz w:val="15"/>
              </w:rPr>
              <w:t>[igen / nem]</w:t>
            </w:r>
          </w:p>
        </w:tc>
        <w:tc>
          <w:tcPr>
            <w:tcW w:w="1584" w:type="dxa"/>
            <w:shd w:val="clear" w:color="auto" w:fill="F4F7F8"/>
            <w:vAlign w:val="center"/>
          </w:tcPr>
          <w:p w14:paraId="3F089467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1872" w:type="dxa"/>
            <w:shd w:val="clear" w:color="auto" w:fill="F4F7F8"/>
            <w:vAlign w:val="center"/>
          </w:tcPr>
          <w:p w14:paraId="4731FEB9" w14:textId="77777777" w:rsidR="009430C1" w:rsidRDefault="00000000">
            <w:pPr>
              <w:spacing w:after="20"/>
            </w:pPr>
            <w:r>
              <w:rPr>
                <w:sz w:val="15"/>
              </w:rPr>
              <w:t>[feltétel]</w:t>
            </w:r>
          </w:p>
        </w:tc>
      </w:tr>
      <w:tr w:rsidR="009430C1" w14:paraId="744196CF" w14:textId="77777777">
        <w:trPr>
          <w:jc w:val="center"/>
        </w:trPr>
        <w:tc>
          <w:tcPr>
            <w:tcW w:w="3024" w:type="dxa"/>
            <w:vAlign w:val="center"/>
          </w:tcPr>
          <w:p w14:paraId="4CCC70E8" w14:textId="77777777" w:rsidR="009430C1" w:rsidRDefault="00000000">
            <w:pPr>
              <w:spacing w:after="20"/>
            </w:pPr>
            <w:r>
              <w:rPr>
                <w:sz w:val="15"/>
              </w:rPr>
              <w:t>[Szponzoráció]</w:t>
            </w:r>
          </w:p>
        </w:tc>
        <w:tc>
          <w:tcPr>
            <w:tcW w:w="1728" w:type="dxa"/>
            <w:vAlign w:val="center"/>
          </w:tcPr>
          <w:p w14:paraId="5A14468D" w14:textId="77777777" w:rsidR="009430C1" w:rsidRDefault="00000000">
            <w:pPr>
              <w:spacing w:after="20"/>
            </w:pPr>
            <w:r>
              <w:rPr>
                <w:sz w:val="15"/>
              </w:rPr>
              <w:t>[Ft]</w:t>
            </w:r>
          </w:p>
        </w:tc>
        <w:tc>
          <w:tcPr>
            <w:tcW w:w="1440" w:type="dxa"/>
            <w:vAlign w:val="center"/>
          </w:tcPr>
          <w:p w14:paraId="56E379FF" w14:textId="77777777" w:rsidR="009430C1" w:rsidRDefault="00000000">
            <w:pPr>
              <w:spacing w:after="20"/>
            </w:pPr>
            <w:r>
              <w:rPr>
                <w:sz w:val="15"/>
              </w:rPr>
              <w:t>[igen / nem]</w:t>
            </w:r>
          </w:p>
        </w:tc>
        <w:tc>
          <w:tcPr>
            <w:tcW w:w="1584" w:type="dxa"/>
            <w:vAlign w:val="center"/>
          </w:tcPr>
          <w:p w14:paraId="6FCBFF41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1872" w:type="dxa"/>
            <w:vAlign w:val="center"/>
          </w:tcPr>
          <w:p w14:paraId="000C55BB" w14:textId="77777777" w:rsidR="009430C1" w:rsidRDefault="00000000">
            <w:pPr>
              <w:spacing w:after="20"/>
            </w:pPr>
            <w:r>
              <w:rPr>
                <w:sz w:val="15"/>
              </w:rPr>
              <w:t>[feltétel]</w:t>
            </w:r>
          </w:p>
        </w:tc>
      </w:tr>
      <w:tr w:rsidR="009430C1" w14:paraId="67F710D9" w14:textId="77777777">
        <w:trPr>
          <w:jc w:val="center"/>
        </w:trPr>
        <w:tc>
          <w:tcPr>
            <w:tcW w:w="3024" w:type="dxa"/>
            <w:shd w:val="clear" w:color="auto" w:fill="F4F7F8"/>
            <w:vAlign w:val="center"/>
          </w:tcPr>
          <w:p w14:paraId="13438607" w14:textId="77777777" w:rsidR="009430C1" w:rsidRDefault="00000000">
            <w:pPr>
              <w:spacing w:after="20"/>
            </w:pPr>
            <w:r>
              <w:rPr>
                <w:sz w:val="15"/>
              </w:rPr>
              <w:t>Összesen</w:t>
            </w:r>
          </w:p>
        </w:tc>
        <w:tc>
          <w:tcPr>
            <w:tcW w:w="1728" w:type="dxa"/>
            <w:shd w:val="clear" w:color="auto" w:fill="F4F7F8"/>
            <w:vAlign w:val="center"/>
          </w:tcPr>
          <w:p w14:paraId="2079815A" w14:textId="77777777" w:rsidR="009430C1" w:rsidRDefault="00000000">
            <w:pPr>
              <w:spacing w:after="20"/>
            </w:pPr>
            <w:r>
              <w:rPr>
                <w:sz w:val="15"/>
              </w:rPr>
              <w:t>[Ft]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7064261F" w14:textId="77777777" w:rsidR="009430C1" w:rsidRDefault="009430C1">
            <w:pPr>
              <w:spacing w:after="20"/>
            </w:pPr>
          </w:p>
        </w:tc>
        <w:tc>
          <w:tcPr>
            <w:tcW w:w="1584" w:type="dxa"/>
            <w:shd w:val="clear" w:color="auto" w:fill="F4F7F8"/>
            <w:vAlign w:val="center"/>
          </w:tcPr>
          <w:p w14:paraId="4D175797" w14:textId="77777777" w:rsidR="009430C1" w:rsidRDefault="009430C1">
            <w:pPr>
              <w:spacing w:after="20"/>
            </w:pPr>
          </w:p>
        </w:tc>
        <w:tc>
          <w:tcPr>
            <w:tcW w:w="1872" w:type="dxa"/>
            <w:shd w:val="clear" w:color="auto" w:fill="F4F7F8"/>
            <w:vAlign w:val="center"/>
          </w:tcPr>
          <w:p w14:paraId="13881E17" w14:textId="77777777" w:rsidR="009430C1" w:rsidRDefault="009430C1">
            <w:pPr>
              <w:spacing w:after="20"/>
            </w:pPr>
          </w:p>
        </w:tc>
      </w:tr>
    </w:tbl>
    <w:p w14:paraId="0C4E5364" w14:textId="77777777" w:rsidR="009430C1" w:rsidRDefault="009430C1">
      <w:pPr>
        <w:spacing w:after="20"/>
      </w:pPr>
    </w:p>
    <w:p w14:paraId="33E1CECA" w14:textId="77777777" w:rsidR="009430C1" w:rsidRDefault="00000000" w:rsidP="00072C3B">
      <w:pPr>
        <w:pStyle w:val="Cmsor2"/>
      </w:pPr>
      <w:r>
        <w:t>3.3 Nem pénzbeli segítség és mentorok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3024"/>
        <w:gridCol w:w="2088"/>
        <w:gridCol w:w="2088"/>
      </w:tblGrid>
      <w:tr w:rsidR="009430C1" w14:paraId="2702044C" w14:textId="77777777">
        <w:trPr>
          <w:tblHeader/>
          <w:jc w:val="center"/>
        </w:trPr>
        <w:tc>
          <w:tcPr>
            <w:tcW w:w="2448" w:type="dxa"/>
            <w:shd w:val="clear" w:color="auto" w:fill="163B5C"/>
            <w:vAlign w:val="center"/>
          </w:tcPr>
          <w:p w14:paraId="78C6DC58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Szükséges segítség</w:t>
            </w:r>
          </w:p>
        </w:tc>
        <w:tc>
          <w:tcPr>
            <w:tcW w:w="3024" w:type="dxa"/>
            <w:shd w:val="clear" w:color="auto" w:fill="163B5C"/>
            <w:vAlign w:val="center"/>
          </w:tcPr>
          <w:p w14:paraId="00000852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Ki / milyen szakértelem?</w:t>
            </w:r>
          </w:p>
        </w:tc>
        <w:tc>
          <w:tcPr>
            <w:tcW w:w="2088" w:type="dxa"/>
            <w:shd w:val="clear" w:color="auto" w:fill="163B5C"/>
            <w:vAlign w:val="center"/>
          </w:tcPr>
          <w:p w14:paraId="1C4BD814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Becsült idő vagy érték</w:t>
            </w:r>
          </w:p>
        </w:tc>
        <w:tc>
          <w:tcPr>
            <w:tcW w:w="2088" w:type="dxa"/>
            <w:shd w:val="clear" w:color="auto" w:fill="163B5C"/>
            <w:vAlign w:val="center"/>
          </w:tcPr>
          <w:p w14:paraId="24AD4A24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Kapcsolatfelvétel felelőse</w:t>
            </w:r>
          </w:p>
        </w:tc>
      </w:tr>
      <w:tr w:rsidR="009430C1" w14:paraId="0CA32C62" w14:textId="77777777">
        <w:trPr>
          <w:jc w:val="center"/>
        </w:trPr>
        <w:tc>
          <w:tcPr>
            <w:tcW w:w="2448" w:type="dxa"/>
            <w:vAlign w:val="center"/>
          </w:tcPr>
          <w:p w14:paraId="136B9A73" w14:textId="77777777" w:rsidR="009430C1" w:rsidRDefault="00000000">
            <w:pPr>
              <w:spacing w:after="20"/>
            </w:pPr>
            <w:r>
              <w:rPr>
                <w:sz w:val="14"/>
              </w:rPr>
              <w:t>[Mentorálás: pl. mérnök, marketinges]</w:t>
            </w:r>
          </w:p>
        </w:tc>
        <w:tc>
          <w:tcPr>
            <w:tcW w:w="3024" w:type="dxa"/>
            <w:vAlign w:val="center"/>
          </w:tcPr>
          <w:p w14:paraId="2210E228" w14:textId="77777777" w:rsidR="009430C1" w:rsidRDefault="00000000">
            <w:pPr>
              <w:spacing w:after="20"/>
            </w:pPr>
            <w:r>
              <w:rPr>
                <w:sz w:val="14"/>
              </w:rPr>
              <w:t>[Keresett tudás / szervezet]</w:t>
            </w:r>
          </w:p>
        </w:tc>
        <w:tc>
          <w:tcPr>
            <w:tcW w:w="2088" w:type="dxa"/>
            <w:vAlign w:val="center"/>
          </w:tcPr>
          <w:p w14:paraId="7CC0CABB" w14:textId="77777777" w:rsidR="009430C1" w:rsidRDefault="00000000">
            <w:pPr>
              <w:spacing w:after="20"/>
            </w:pPr>
            <w:r>
              <w:rPr>
                <w:sz w:val="14"/>
              </w:rPr>
              <w:t>[óra / alkalom]</w:t>
            </w:r>
          </w:p>
        </w:tc>
        <w:tc>
          <w:tcPr>
            <w:tcW w:w="2088" w:type="dxa"/>
            <w:vAlign w:val="center"/>
          </w:tcPr>
          <w:p w14:paraId="0B2E5C9A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</w:tr>
      <w:tr w:rsidR="009430C1" w14:paraId="2257B8AD" w14:textId="77777777">
        <w:trPr>
          <w:jc w:val="center"/>
        </w:trPr>
        <w:tc>
          <w:tcPr>
            <w:tcW w:w="2448" w:type="dxa"/>
            <w:shd w:val="clear" w:color="auto" w:fill="F4F7F8"/>
            <w:vAlign w:val="center"/>
          </w:tcPr>
          <w:p w14:paraId="6AEA5410" w14:textId="77777777" w:rsidR="009430C1" w:rsidRDefault="00000000">
            <w:pPr>
              <w:spacing w:after="20"/>
            </w:pPr>
            <w:r>
              <w:rPr>
                <w:sz w:val="14"/>
              </w:rPr>
              <w:t>[Eszköz / anyag / helyszín]</w:t>
            </w:r>
          </w:p>
        </w:tc>
        <w:tc>
          <w:tcPr>
            <w:tcW w:w="3024" w:type="dxa"/>
            <w:shd w:val="clear" w:color="auto" w:fill="F4F7F8"/>
            <w:vAlign w:val="center"/>
          </w:tcPr>
          <w:p w14:paraId="3AA7C6F3" w14:textId="77777777" w:rsidR="009430C1" w:rsidRDefault="00000000">
            <w:pPr>
              <w:spacing w:after="20"/>
            </w:pPr>
            <w:r>
              <w:rPr>
                <w:sz w:val="14"/>
              </w:rPr>
              <w:t>[Például helyi cég]</w:t>
            </w:r>
          </w:p>
        </w:tc>
        <w:tc>
          <w:tcPr>
            <w:tcW w:w="2088" w:type="dxa"/>
            <w:shd w:val="clear" w:color="auto" w:fill="F4F7F8"/>
            <w:vAlign w:val="center"/>
          </w:tcPr>
          <w:p w14:paraId="518829B9" w14:textId="77777777" w:rsidR="009430C1" w:rsidRDefault="00000000">
            <w:pPr>
              <w:spacing w:after="20"/>
            </w:pPr>
            <w:r>
              <w:rPr>
                <w:sz w:val="14"/>
              </w:rPr>
              <w:t>[darab / becsült Ft]</w:t>
            </w:r>
          </w:p>
        </w:tc>
        <w:tc>
          <w:tcPr>
            <w:tcW w:w="2088" w:type="dxa"/>
            <w:shd w:val="clear" w:color="auto" w:fill="F4F7F8"/>
            <w:vAlign w:val="center"/>
          </w:tcPr>
          <w:p w14:paraId="6FB5890D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</w:tr>
      <w:tr w:rsidR="009430C1" w14:paraId="1E58BBDA" w14:textId="77777777">
        <w:trPr>
          <w:jc w:val="center"/>
        </w:trPr>
        <w:tc>
          <w:tcPr>
            <w:tcW w:w="2448" w:type="dxa"/>
            <w:vAlign w:val="center"/>
          </w:tcPr>
          <w:p w14:paraId="1A548F8E" w14:textId="77777777" w:rsidR="009430C1" w:rsidRDefault="00000000">
            <w:pPr>
              <w:spacing w:after="20"/>
            </w:pPr>
            <w:r>
              <w:rPr>
                <w:sz w:val="14"/>
              </w:rPr>
              <w:t>[Önkéntes segítség / szolgáltatás]</w:t>
            </w:r>
          </w:p>
        </w:tc>
        <w:tc>
          <w:tcPr>
            <w:tcW w:w="3024" w:type="dxa"/>
            <w:vAlign w:val="center"/>
          </w:tcPr>
          <w:p w14:paraId="3913F1BC" w14:textId="77777777" w:rsidR="009430C1" w:rsidRDefault="00000000">
            <w:pPr>
              <w:spacing w:after="20"/>
            </w:pPr>
            <w:r>
              <w:rPr>
                <w:sz w:val="14"/>
              </w:rPr>
              <w:t>[Keresett feladat]</w:t>
            </w:r>
          </w:p>
        </w:tc>
        <w:tc>
          <w:tcPr>
            <w:tcW w:w="2088" w:type="dxa"/>
            <w:vAlign w:val="center"/>
          </w:tcPr>
          <w:p w14:paraId="4D2D8726" w14:textId="77777777" w:rsidR="009430C1" w:rsidRDefault="00000000">
            <w:pPr>
              <w:spacing w:after="20"/>
            </w:pPr>
            <w:r>
              <w:rPr>
                <w:sz w:val="14"/>
              </w:rPr>
              <w:t>[óra / alkalom]</w:t>
            </w:r>
          </w:p>
        </w:tc>
        <w:tc>
          <w:tcPr>
            <w:tcW w:w="2088" w:type="dxa"/>
            <w:vAlign w:val="center"/>
          </w:tcPr>
          <w:p w14:paraId="66A68C14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</w:tr>
    </w:tbl>
    <w:p w14:paraId="4D2B52D7" w14:textId="77777777" w:rsidR="009430C1" w:rsidRDefault="009430C1">
      <w:pPr>
        <w:spacing w:after="20"/>
      </w:pPr>
    </w:p>
    <w:p w14:paraId="1215E83C" w14:textId="77777777" w:rsidR="009430C1" w:rsidRDefault="00000000">
      <w:r>
        <w:br w:type="page"/>
      </w:r>
    </w:p>
    <w:p w14:paraId="6D7B0F60" w14:textId="77777777" w:rsidR="009430C1" w:rsidRDefault="00000000" w:rsidP="00072C3B">
      <w:pPr>
        <w:pStyle w:val="Cmsor1"/>
      </w:pPr>
      <w:r>
        <w:lastRenderedPageBreak/>
        <w:t>4. Támogatói csomagok</w:t>
      </w:r>
    </w:p>
    <w:p w14:paraId="2509BDF4" w14:textId="77777777" w:rsidR="009430C1" w:rsidRDefault="00000000">
      <w:r>
        <w:t>A csomagok azt teszik világossá, milyen együttműködést kínáltok. Csak olyan megjelenést, szolgáltatást vagy eredményt ígérjetek, amelyet ténylegesen teljesíthettek. A végleges ajánlatot és a megállapodást felnőtt kapcsolattartó hagyja jóvá.</w:t>
      </w:r>
    </w:p>
    <w:p w14:paraId="01C8F8A9" w14:textId="77777777" w:rsidR="009430C1" w:rsidRDefault="00000000">
      <w:r>
        <w:t>A támogatás lehet pénzbeli, természetbeni vagy szakmai. Az alábbi érték- és elnevezésmezők minták: igazítsátok őket a kampányotokhoz. A pénzbeli támogatás és az adomány eltérő jogi és számviteli kezelést igényelhet; a megfelelő formáról kérjétek felnőtt, illetve szükség esetén szakértő segítségét.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2448"/>
        <w:gridCol w:w="3456"/>
        <w:gridCol w:w="1872"/>
      </w:tblGrid>
      <w:tr w:rsidR="009430C1" w14:paraId="26DABDCE" w14:textId="77777777">
        <w:trPr>
          <w:tblHeader/>
          <w:jc w:val="center"/>
        </w:trPr>
        <w:tc>
          <w:tcPr>
            <w:tcW w:w="1872" w:type="dxa"/>
            <w:shd w:val="clear" w:color="auto" w:fill="163B5C"/>
            <w:vAlign w:val="center"/>
          </w:tcPr>
          <w:p w14:paraId="15F815A8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Csomag / szint</w:t>
            </w:r>
          </w:p>
        </w:tc>
        <w:tc>
          <w:tcPr>
            <w:tcW w:w="2448" w:type="dxa"/>
            <w:shd w:val="clear" w:color="auto" w:fill="163B5C"/>
            <w:vAlign w:val="center"/>
          </w:tcPr>
          <w:p w14:paraId="69639297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Javasolt érték vagy segítség</w:t>
            </w:r>
          </w:p>
        </w:tc>
        <w:tc>
          <w:tcPr>
            <w:tcW w:w="3456" w:type="dxa"/>
            <w:shd w:val="clear" w:color="auto" w:fill="163B5C"/>
            <w:vAlign w:val="center"/>
          </w:tcPr>
          <w:p w14:paraId="2BFBA36B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Vállalható köszönet / megjelenés</w:t>
            </w:r>
          </w:p>
        </w:tc>
        <w:tc>
          <w:tcPr>
            <w:tcW w:w="1872" w:type="dxa"/>
            <w:shd w:val="clear" w:color="auto" w:fill="163B5C"/>
            <w:vAlign w:val="center"/>
          </w:tcPr>
          <w:p w14:paraId="6FB8FD4F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Teljesítés módja</w:t>
            </w:r>
          </w:p>
        </w:tc>
      </w:tr>
      <w:tr w:rsidR="009430C1" w14:paraId="2C43A7B9" w14:textId="77777777">
        <w:trPr>
          <w:jc w:val="center"/>
        </w:trPr>
        <w:tc>
          <w:tcPr>
            <w:tcW w:w="1872" w:type="dxa"/>
            <w:vAlign w:val="center"/>
          </w:tcPr>
          <w:p w14:paraId="30B0564A" w14:textId="77777777" w:rsidR="009430C1" w:rsidRDefault="00000000">
            <w:pPr>
              <w:spacing w:after="20"/>
            </w:pPr>
            <w:r>
              <w:rPr>
                <w:sz w:val="15"/>
              </w:rPr>
              <w:t>Partner</w:t>
            </w:r>
          </w:p>
        </w:tc>
        <w:tc>
          <w:tcPr>
            <w:tcW w:w="2448" w:type="dxa"/>
            <w:vAlign w:val="center"/>
          </w:tcPr>
          <w:p w14:paraId="77EB0F2D" w14:textId="77777777" w:rsidR="009430C1" w:rsidRDefault="00000000">
            <w:pPr>
              <w:spacing w:after="20"/>
            </w:pPr>
            <w:r>
              <w:rPr>
                <w:sz w:val="15"/>
              </w:rPr>
              <w:t>[pl. 250 000 Ft-tól / egyedi]</w:t>
            </w:r>
          </w:p>
        </w:tc>
        <w:tc>
          <w:tcPr>
            <w:tcW w:w="3456" w:type="dxa"/>
            <w:vAlign w:val="center"/>
          </w:tcPr>
          <w:p w14:paraId="0FB21754" w14:textId="77777777" w:rsidR="009430C1" w:rsidRDefault="00000000">
            <w:pPr>
              <w:spacing w:after="20"/>
            </w:pPr>
            <w:r>
              <w:rPr>
                <w:sz w:val="15"/>
              </w:rPr>
              <w:t>[Kiemelt köszönet, bemutató meghívó]</w:t>
            </w:r>
          </w:p>
        </w:tc>
        <w:tc>
          <w:tcPr>
            <w:tcW w:w="1872" w:type="dxa"/>
            <w:vAlign w:val="center"/>
          </w:tcPr>
          <w:p w14:paraId="3E35AD3C" w14:textId="77777777" w:rsidR="009430C1" w:rsidRDefault="00000000">
            <w:pPr>
              <w:spacing w:after="20"/>
            </w:pPr>
            <w:r>
              <w:rPr>
                <w:sz w:val="15"/>
              </w:rPr>
              <w:t>[Csatorna, időpont]</w:t>
            </w:r>
          </w:p>
        </w:tc>
      </w:tr>
      <w:tr w:rsidR="009430C1" w14:paraId="57FF160A" w14:textId="77777777">
        <w:trPr>
          <w:jc w:val="center"/>
        </w:trPr>
        <w:tc>
          <w:tcPr>
            <w:tcW w:w="1872" w:type="dxa"/>
            <w:shd w:val="clear" w:color="auto" w:fill="F4F7F8"/>
            <w:vAlign w:val="center"/>
          </w:tcPr>
          <w:p w14:paraId="3A861E47" w14:textId="77777777" w:rsidR="009430C1" w:rsidRDefault="00000000">
            <w:pPr>
              <w:spacing w:after="20"/>
            </w:pPr>
            <w:r>
              <w:rPr>
                <w:sz w:val="15"/>
              </w:rPr>
              <w:t>Támogató</w:t>
            </w:r>
          </w:p>
        </w:tc>
        <w:tc>
          <w:tcPr>
            <w:tcW w:w="2448" w:type="dxa"/>
            <w:shd w:val="clear" w:color="auto" w:fill="F4F7F8"/>
            <w:vAlign w:val="center"/>
          </w:tcPr>
          <w:p w14:paraId="46445ADE" w14:textId="77777777" w:rsidR="009430C1" w:rsidRDefault="00000000">
            <w:pPr>
              <w:spacing w:after="20"/>
            </w:pPr>
            <w:r>
              <w:rPr>
                <w:sz w:val="15"/>
              </w:rPr>
              <w:t>[pl. 100 000 Ft-tól / egyedi]</w:t>
            </w:r>
          </w:p>
        </w:tc>
        <w:tc>
          <w:tcPr>
            <w:tcW w:w="3456" w:type="dxa"/>
            <w:shd w:val="clear" w:color="auto" w:fill="F4F7F8"/>
            <w:vAlign w:val="center"/>
          </w:tcPr>
          <w:p w14:paraId="475EBEA8" w14:textId="77777777" w:rsidR="009430C1" w:rsidRDefault="00000000">
            <w:pPr>
              <w:spacing w:after="20"/>
            </w:pPr>
            <w:r>
              <w:rPr>
                <w:sz w:val="15"/>
              </w:rPr>
              <w:t>[Köszönet a csapat hírében / eseményen]</w:t>
            </w:r>
          </w:p>
        </w:tc>
        <w:tc>
          <w:tcPr>
            <w:tcW w:w="1872" w:type="dxa"/>
            <w:shd w:val="clear" w:color="auto" w:fill="F4F7F8"/>
            <w:vAlign w:val="center"/>
          </w:tcPr>
          <w:p w14:paraId="18C4FBDD" w14:textId="77777777" w:rsidR="009430C1" w:rsidRDefault="00000000">
            <w:pPr>
              <w:spacing w:after="20"/>
            </w:pPr>
            <w:r>
              <w:rPr>
                <w:sz w:val="15"/>
              </w:rPr>
              <w:t>[Csatorna, időpont]</w:t>
            </w:r>
          </w:p>
        </w:tc>
      </w:tr>
      <w:tr w:rsidR="009430C1" w14:paraId="604180DA" w14:textId="77777777">
        <w:trPr>
          <w:jc w:val="center"/>
        </w:trPr>
        <w:tc>
          <w:tcPr>
            <w:tcW w:w="1872" w:type="dxa"/>
            <w:vAlign w:val="center"/>
          </w:tcPr>
          <w:p w14:paraId="6FFD65C8" w14:textId="77777777" w:rsidR="009430C1" w:rsidRDefault="00000000">
            <w:pPr>
              <w:spacing w:after="20"/>
            </w:pPr>
            <w:r>
              <w:rPr>
                <w:sz w:val="15"/>
              </w:rPr>
              <w:t>Közösségi támogató</w:t>
            </w:r>
          </w:p>
        </w:tc>
        <w:tc>
          <w:tcPr>
            <w:tcW w:w="2448" w:type="dxa"/>
            <w:vAlign w:val="center"/>
          </w:tcPr>
          <w:p w14:paraId="673695ED" w14:textId="77777777" w:rsidR="009430C1" w:rsidRDefault="00000000">
            <w:pPr>
              <w:spacing w:after="20"/>
            </w:pPr>
            <w:r>
              <w:rPr>
                <w:sz w:val="15"/>
              </w:rPr>
              <w:t>[pl. 25 000 Ft-tól / egyedi]</w:t>
            </w:r>
          </w:p>
        </w:tc>
        <w:tc>
          <w:tcPr>
            <w:tcW w:w="3456" w:type="dxa"/>
            <w:vAlign w:val="center"/>
          </w:tcPr>
          <w:p w14:paraId="34229112" w14:textId="77777777" w:rsidR="009430C1" w:rsidRDefault="00000000">
            <w:pPr>
              <w:spacing w:after="20"/>
            </w:pPr>
            <w:r>
              <w:rPr>
                <w:sz w:val="15"/>
              </w:rPr>
              <w:t>[Közös támogatói köszönet]</w:t>
            </w:r>
          </w:p>
        </w:tc>
        <w:tc>
          <w:tcPr>
            <w:tcW w:w="1872" w:type="dxa"/>
            <w:vAlign w:val="center"/>
          </w:tcPr>
          <w:p w14:paraId="2D242F90" w14:textId="77777777" w:rsidR="009430C1" w:rsidRDefault="00000000">
            <w:pPr>
              <w:spacing w:after="20"/>
            </w:pPr>
            <w:r>
              <w:rPr>
                <w:sz w:val="15"/>
              </w:rPr>
              <w:t>[Csatorna, időpont]</w:t>
            </w:r>
          </w:p>
        </w:tc>
      </w:tr>
      <w:tr w:rsidR="009430C1" w14:paraId="22C21E7D" w14:textId="77777777">
        <w:trPr>
          <w:jc w:val="center"/>
        </w:trPr>
        <w:tc>
          <w:tcPr>
            <w:tcW w:w="1872" w:type="dxa"/>
            <w:shd w:val="clear" w:color="auto" w:fill="F4F7F8"/>
            <w:vAlign w:val="center"/>
          </w:tcPr>
          <w:p w14:paraId="4BF9075B" w14:textId="77777777" w:rsidR="009430C1" w:rsidRDefault="00000000">
            <w:pPr>
              <w:spacing w:after="20"/>
            </w:pPr>
            <w:r>
              <w:rPr>
                <w:sz w:val="15"/>
              </w:rPr>
              <w:t>Szakmai / természetbeni partner</w:t>
            </w:r>
          </w:p>
        </w:tc>
        <w:tc>
          <w:tcPr>
            <w:tcW w:w="2448" w:type="dxa"/>
            <w:shd w:val="clear" w:color="auto" w:fill="F4F7F8"/>
            <w:vAlign w:val="center"/>
          </w:tcPr>
          <w:p w14:paraId="2B9C17EF" w14:textId="77777777" w:rsidR="009430C1" w:rsidRDefault="00000000">
            <w:pPr>
              <w:spacing w:after="20"/>
            </w:pPr>
            <w:r>
              <w:rPr>
                <w:sz w:val="15"/>
              </w:rPr>
              <w:t>[Eszköz, mentoróra, szolgáltatás]</w:t>
            </w:r>
          </w:p>
        </w:tc>
        <w:tc>
          <w:tcPr>
            <w:tcW w:w="3456" w:type="dxa"/>
            <w:shd w:val="clear" w:color="auto" w:fill="F4F7F8"/>
            <w:vAlign w:val="center"/>
          </w:tcPr>
          <w:p w14:paraId="1E4EF88E" w14:textId="77777777" w:rsidR="009430C1" w:rsidRDefault="00000000">
            <w:pPr>
              <w:spacing w:after="20"/>
            </w:pPr>
            <w:r>
              <w:rPr>
                <w:sz w:val="15"/>
              </w:rPr>
              <w:t>[Együttműködés megnevezése]</w:t>
            </w:r>
          </w:p>
        </w:tc>
        <w:tc>
          <w:tcPr>
            <w:tcW w:w="1872" w:type="dxa"/>
            <w:shd w:val="clear" w:color="auto" w:fill="F4F7F8"/>
            <w:vAlign w:val="center"/>
          </w:tcPr>
          <w:p w14:paraId="56A21310" w14:textId="77777777" w:rsidR="009430C1" w:rsidRDefault="00000000">
            <w:pPr>
              <w:spacing w:after="20"/>
            </w:pPr>
            <w:r>
              <w:rPr>
                <w:sz w:val="15"/>
              </w:rPr>
              <w:t>[Átvétel, egyeztetés]</w:t>
            </w:r>
          </w:p>
        </w:tc>
      </w:tr>
    </w:tbl>
    <w:p w14:paraId="0C185471" w14:textId="77777777" w:rsidR="009430C1" w:rsidRDefault="009430C1">
      <w:pPr>
        <w:spacing w:after="20"/>
      </w:pPr>
    </w:p>
    <w:p w14:paraId="1C6C1AEA" w14:textId="77777777" w:rsidR="009430C1" w:rsidRDefault="00000000" w:rsidP="00072C3B">
      <w:pPr>
        <w:pStyle w:val="Cmsor2"/>
      </w:pPr>
      <w:r>
        <w:t>Teljesítési vállalások ellenőrzése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2160"/>
        <w:gridCol w:w="1440"/>
        <w:gridCol w:w="1440"/>
        <w:gridCol w:w="2304"/>
      </w:tblGrid>
      <w:tr w:rsidR="009430C1" w14:paraId="6AE183A2" w14:textId="77777777">
        <w:trPr>
          <w:tblHeader/>
          <w:jc w:val="center"/>
        </w:trPr>
        <w:tc>
          <w:tcPr>
            <w:tcW w:w="2304" w:type="dxa"/>
            <w:shd w:val="clear" w:color="auto" w:fill="163B5C"/>
            <w:vAlign w:val="center"/>
          </w:tcPr>
          <w:p w14:paraId="7A514EC2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Mit ígérünk?</w:t>
            </w:r>
          </w:p>
        </w:tc>
        <w:tc>
          <w:tcPr>
            <w:tcW w:w="2160" w:type="dxa"/>
            <w:shd w:val="clear" w:color="auto" w:fill="163B5C"/>
            <w:vAlign w:val="center"/>
          </w:tcPr>
          <w:p w14:paraId="1C475AD2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Kinek / hol?</w:t>
            </w:r>
          </w:p>
        </w:tc>
        <w:tc>
          <w:tcPr>
            <w:tcW w:w="1440" w:type="dxa"/>
            <w:shd w:val="clear" w:color="auto" w:fill="163B5C"/>
            <w:vAlign w:val="center"/>
          </w:tcPr>
          <w:p w14:paraId="7873E4F4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Mikor?</w:t>
            </w:r>
          </w:p>
        </w:tc>
        <w:tc>
          <w:tcPr>
            <w:tcW w:w="1440" w:type="dxa"/>
            <w:shd w:val="clear" w:color="auto" w:fill="163B5C"/>
            <w:vAlign w:val="center"/>
          </w:tcPr>
          <w:p w14:paraId="11236D76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Ki felel érte?</w:t>
            </w:r>
          </w:p>
        </w:tc>
        <w:tc>
          <w:tcPr>
            <w:tcW w:w="2304" w:type="dxa"/>
            <w:shd w:val="clear" w:color="auto" w:fill="163B5C"/>
            <w:vAlign w:val="center"/>
          </w:tcPr>
          <w:p w14:paraId="172B156C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Korlát / jóváhagyás</w:t>
            </w:r>
          </w:p>
        </w:tc>
      </w:tr>
      <w:tr w:rsidR="009430C1" w14:paraId="57F6DC3B" w14:textId="77777777">
        <w:trPr>
          <w:jc w:val="center"/>
        </w:trPr>
        <w:tc>
          <w:tcPr>
            <w:tcW w:w="2304" w:type="dxa"/>
            <w:vAlign w:val="center"/>
          </w:tcPr>
          <w:p w14:paraId="6883CEEB" w14:textId="77777777" w:rsidR="009430C1" w:rsidRDefault="00000000">
            <w:pPr>
              <w:spacing w:after="20"/>
            </w:pPr>
            <w:r>
              <w:rPr>
                <w:sz w:val="14"/>
              </w:rPr>
              <w:t>[Köszönet / logó / bemutató]</w:t>
            </w:r>
          </w:p>
        </w:tc>
        <w:tc>
          <w:tcPr>
            <w:tcW w:w="2160" w:type="dxa"/>
            <w:vAlign w:val="center"/>
          </w:tcPr>
          <w:p w14:paraId="23A5EAF5" w14:textId="77777777" w:rsidR="009430C1" w:rsidRDefault="00000000">
            <w:pPr>
              <w:spacing w:after="20"/>
            </w:pPr>
            <w:r>
              <w:rPr>
                <w:sz w:val="14"/>
              </w:rPr>
              <w:t>[Csatorna / esemény]</w:t>
            </w:r>
          </w:p>
        </w:tc>
        <w:tc>
          <w:tcPr>
            <w:tcW w:w="1440" w:type="dxa"/>
            <w:vAlign w:val="center"/>
          </w:tcPr>
          <w:p w14:paraId="2F338DD3" w14:textId="77777777" w:rsidR="009430C1" w:rsidRDefault="00000000">
            <w:pPr>
              <w:spacing w:after="20"/>
            </w:pPr>
            <w:r>
              <w:rPr>
                <w:sz w:val="14"/>
              </w:rPr>
              <w:t>[Dátum]</w:t>
            </w:r>
          </w:p>
        </w:tc>
        <w:tc>
          <w:tcPr>
            <w:tcW w:w="1440" w:type="dxa"/>
            <w:vAlign w:val="center"/>
          </w:tcPr>
          <w:p w14:paraId="67D4A2CE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  <w:tc>
          <w:tcPr>
            <w:tcW w:w="2304" w:type="dxa"/>
            <w:vAlign w:val="center"/>
          </w:tcPr>
          <w:p w14:paraId="637699CB" w14:textId="77777777" w:rsidR="009430C1" w:rsidRDefault="00000000">
            <w:pPr>
              <w:spacing w:after="20"/>
            </w:pPr>
            <w:r>
              <w:rPr>
                <w:sz w:val="14"/>
              </w:rPr>
              <w:t>[Felnőtt jóváhagyta?]</w:t>
            </w:r>
          </w:p>
        </w:tc>
      </w:tr>
      <w:tr w:rsidR="009430C1" w14:paraId="003EC44C" w14:textId="77777777">
        <w:trPr>
          <w:jc w:val="center"/>
        </w:trPr>
        <w:tc>
          <w:tcPr>
            <w:tcW w:w="2304" w:type="dxa"/>
            <w:shd w:val="clear" w:color="auto" w:fill="F4F7F8"/>
            <w:vAlign w:val="center"/>
          </w:tcPr>
          <w:p w14:paraId="346BBB52" w14:textId="77777777" w:rsidR="009430C1" w:rsidRDefault="00000000">
            <w:pPr>
              <w:spacing w:after="20"/>
            </w:pPr>
            <w:r>
              <w:rPr>
                <w:sz w:val="14"/>
              </w:rPr>
              <w:t>[Vállalás]</w:t>
            </w:r>
          </w:p>
        </w:tc>
        <w:tc>
          <w:tcPr>
            <w:tcW w:w="2160" w:type="dxa"/>
            <w:shd w:val="clear" w:color="auto" w:fill="F4F7F8"/>
            <w:vAlign w:val="center"/>
          </w:tcPr>
          <w:p w14:paraId="23FE043E" w14:textId="77777777" w:rsidR="009430C1" w:rsidRDefault="00000000">
            <w:pPr>
              <w:spacing w:after="20"/>
            </w:pPr>
            <w:r>
              <w:rPr>
                <w:sz w:val="14"/>
              </w:rPr>
              <w:t>[Hely]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62F594FD" w14:textId="77777777" w:rsidR="009430C1" w:rsidRDefault="00000000">
            <w:pPr>
              <w:spacing w:after="20"/>
            </w:pPr>
            <w:r>
              <w:rPr>
                <w:sz w:val="14"/>
              </w:rPr>
              <w:t>[Dátum]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02619F48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  <w:tc>
          <w:tcPr>
            <w:tcW w:w="2304" w:type="dxa"/>
            <w:shd w:val="clear" w:color="auto" w:fill="F4F7F8"/>
            <w:vAlign w:val="center"/>
          </w:tcPr>
          <w:p w14:paraId="762839CF" w14:textId="77777777" w:rsidR="009430C1" w:rsidRDefault="00000000">
            <w:pPr>
              <w:spacing w:after="20"/>
            </w:pPr>
            <w:r>
              <w:rPr>
                <w:sz w:val="14"/>
              </w:rPr>
              <w:t>[Feltétel]</w:t>
            </w:r>
          </w:p>
        </w:tc>
      </w:tr>
      <w:tr w:rsidR="009430C1" w14:paraId="1F4675BC" w14:textId="77777777">
        <w:trPr>
          <w:jc w:val="center"/>
        </w:trPr>
        <w:tc>
          <w:tcPr>
            <w:tcW w:w="2304" w:type="dxa"/>
            <w:vAlign w:val="center"/>
          </w:tcPr>
          <w:p w14:paraId="02FD5907" w14:textId="77777777" w:rsidR="009430C1" w:rsidRDefault="00000000">
            <w:pPr>
              <w:spacing w:after="20"/>
            </w:pPr>
            <w:r>
              <w:rPr>
                <w:sz w:val="14"/>
              </w:rPr>
              <w:t>[Vállalás]</w:t>
            </w:r>
          </w:p>
        </w:tc>
        <w:tc>
          <w:tcPr>
            <w:tcW w:w="2160" w:type="dxa"/>
            <w:vAlign w:val="center"/>
          </w:tcPr>
          <w:p w14:paraId="4C4D049C" w14:textId="77777777" w:rsidR="009430C1" w:rsidRDefault="00000000">
            <w:pPr>
              <w:spacing w:after="20"/>
            </w:pPr>
            <w:r>
              <w:rPr>
                <w:sz w:val="14"/>
              </w:rPr>
              <w:t>[Hely]</w:t>
            </w:r>
          </w:p>
        </w:tc>
        <w:tc>
          <w:tcPr>
            <w:tcW w:w="1440" w:type="dxa"/>
            <w:vAlign w:val="center"/>
          </w:tcPr>
          <w:p w14:paraId="41B6BD2F" w14:textId="77777777" w:rsidR="009430C1" w:rsidRDefault="00000000">
            <w:pPr>
              <w:spacing w:after="20"/>
            </w:pPr>
            <w:r>
              <w:rPr>
                <w:sz w:val="14"/>
              </w:rPr>
              <w:t>[Dátum]</w:t>
            </w:r>
          </w:p>
        </w:tc>
        <w:tc>
          <w:tcPr>
            <w:tcW w:w="1440" w:type="dxa"/>
            <w:vAlign w:val="center"/>
          </w:tcPr>
          <w:p w14:paraId="1A849CE7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  <w:tc>
          <w:tcPr>
            <w:tcW w:w="2304" w:type="dxa"/>
            <w:vAlign w:val="center"/>
          </w:tcPr>
          <w:p w14:paraId="6C8401D0" w14:textId="77777777" w:rsidR="009430C1" w:rsidRDefault="00000000">
            <w:pPr>
              <w:spacing w:after="20"/>
            </w:pPr>
            <w:r>
              <w:rPr>
                <w:sz w:val="14"/>
              </w:rPr>
              <w:t>[Feltétel]</w:t>
            </w:r>
          </w:p>
        </w:tc>
      </w:tr>
    </w:tbl>
    <w:p w14:paraId="6D1F79CC" w14:textId="77777777" w:rsidR="009430C1" w:rsidRDefault="009430C1">
      <w:pPr>
        <w:spacing w:after="20"/>
      </w:pPr>
    </w:p>
    <w:p w14:paraId="6B907268" w14:textId="77777777" w:rsidR="009430C1" w:rsidRDefault="00000000">
      <w:r>
        <w:br w:type="page"/>
      </w:r>
    </w:p>
    <w:p w14:paraId="1F81DDD2" w14:textId="77777777" w:rsidR="009430C1" w:rsidRDefault="00000000" w:rsidP="00072C3B">
      <w:pPr>
        <w:pStyle w:val="Cmsor1"/>
      </w:pPr>
      <w:r>
        <w:lastRenderedPageBreak/>
        <w:t>5. Kommunikációs terv</w:t>
      </w:r>
    </w:p>
    <w:p w14:paraId="54277344" w14:textId="77777777" w:rsidR="009430C1" w:rsidRDefault="00000000">
      <w:r>
        <w:t>A kommunikáció minden csatornán legyen igaz, érthető és a célközönséghez illő. Kérjetek engedélyt képek, nevek és logók használatához. Diákok ne osszanak meg személyes adatokat, és a támogatókkal felnőtt kapcsolattartó egyeztessen.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2304"/>
        <w:gridCol w:w="2232"/>
        <w:gridCol w:w="1152"/>
        <w:gridCol w:w="1152"/>
        <w:gridCol w:w="1440"/>
      </w:tblGrid>
      <w:tr w:rsidR="009430C1" w14:paraId="454224EA" w14:textId="77777777">
        <w:trPr>
          <w:tblHeader/>
          <w:jc w:val="center"/>
        </w:trPr>
        <w:tc>
          <w:tcPr>
            <w:tcW w:w="1584" w:type="dxa"/>
            <w:shd w:val="clear" w:color="auto" w:fill="163B5C"/>
            <w:vAlign w:val="center"/>
          </w:tcPr>
          <w:p w14:paraId="087DD777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Célközönség</w:t>
            </w:r>
          </w:p>
        </w:tc>
        <w:tc>
          <w:tcPr>
            <w:tcW w:w="2304" w:type="dxa"/>
            <w:shd w:val="clear" w:color="auto" w:fill="163B5C"/>
            <w:vAlign w:val="center"/>
          </w:tcPr>
          <w:p w14:paraId="5EBFA8F3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Fő üzenet / kérés</w:t>
            </w:r>
          </w:p>
        </w:tc>
        <w:tc>
          <w:tcPr>
            <w:tcW w:w="2232" w:type="dxa"/>
            <w:shd w:val="clear" w:color="auto" w:fill="163B5C"/>
            <w:vAlign w:val="center"/>
          </w:tcPr>
          <w:p w14:paraId="79C15F5F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Csatorna és anyag</w:t>
            </w:r>
          </w:p>
        </w:tc>
        <w:tc>
          <w:tcPr>
            <w:tcW w:w="1152" w:type="dxa"/>
            <w:shd w:val="clear" w:color="auto" w:fill="163B5C"/>
            <w:vAlign w:val="center"/>
          </w:tcPr>
          <w:p w14:paraId="0A74AB56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Időpont</w:t>
            </w:r>
          </w:p>
        </w:tc>
        <w:tc>
          <w:tcPr>
            <w:tcW w:w="1152" w:type="dxa"/>
            <w:shd w:val="clear" w:color="auto" w:fill="163B5C"/>
            <w:vAlign w:val="center"/>
          </w:tcPr>
          <w:p w14:paraId="38DDC468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Felelős</w:t>
            </w:r>
          </w:p>
        </w:tc>
        <w:tc>
          <w:tcPr>
            <w:tcW w:w="1440" w:type="dxa"/>
            <w:shd w:val="clear" w:color="auto" w:fill="163B5C"/>
            <w:vAlign w:val="center"/>
          </w:tcPr>
          <w:p w14:paraId="2EC48C2B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Siker jele</w:t>
            </w:r>
          </w:p>
        </w:tc>
      </w:tr>
      <w:tr w:rsidR="009430C1" w14:paraId="09BC4698" w14:textId="77777777">
        <w:trPr>
          <w:jc w:val="center"/>
        </w:trPr>
        <w:tc>
          <w:tcPr>
            <w:tcW w:w="1584" w:type="dxa"/>
            <w:vAlign w:val="center"/>
          </w:tcPr>
          <w:p w14:paraId="158EEFF0" w14:textId="77777777" w:rsidR="009430C1" w:rsidRDefault="00000000">
            <w:pPr>
              <w:spacing w:after="20"/>
            </w:pPr>
            <w:r>
              <w:rPr>
                <w:sz w:val="14"/>
              </w:rPr>
              <w:t>[Cég / helyi közösség]</w:t>
            </w:r>
          </w:p>
        </w:tc>
        <w:tc>
          <w:tcPr>
            <w:tcW w:w="2304" w:type="dxa"/>
            <w:vAlign w:val="center"/>
          </w:tcPr>
          <w:p w14:paraId="2797963E" w14:textId="77777777" w:rsidR="009430C1" w:rsidRDefault="00000000">
            <w:pPr>
              <w:spacing w:after="20"/>
            </w:pPr>
            <w:r>
              <w:rPr>
                <w:sz w:val="14"/>
              </w:rPr>
              <w:t>[Miért fontos a cél, mit kérünk?]</w:t>
            </w:r>
          </w:p>
        </w:tc>
        <w:tc>
          <w:tcPr>
            <w:tcW w:w="2232" w:type="dxa"/>
            <w:vAlign w:val="center"/>
          </w:tcPr>
          <w:p w14:paraId="7D6B8A02" w14:textId="77777777" w:rsidR="009430C1" w:rsidRDefault="00000000">
            <w:pPr>
              <w:spacing w:after="20"/>
            </w:pPr>
            <w:r>
              <w:rPr>
                <w:sz w:val="14"/>
              </w:rPr>
              <w:t>[Személyes levél, bemutatkozó PPT]</w:t>
            </w:r>
          </w:p>
        </w:tc>
        <w:tc>
          <w:tcPr>
            <w:tcW w:w="1152" w:type="dxa"/>
            <w:vAlign w:val="center"/>
          </w:tcPr>
          <w:p w14:paraId="219A657D" w14:textId="77777777" w:rsidR="009430C1" w:rsidRDefault="00000000">
            <w:pPr>
              <w:spacing w:after="20"/>
            </w:pPr>
            <w:r>
              <w:rPr>
                <w:sz w:val="14"/>
              </w:rPr>
              <w:t>[dátum]</w:t>
            </w:r>
          </w:p>
        </w:tc>
        <w:tc>
          <w:tcPr>
            <w:tcW w:w="1152" w:type="dxa"/>
            <w:vAlign w:val="center"/>
          </w:tcPr>
          <w:p w14:paraId="3B344281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  <w:tc>
          <w:tcPr>
            <w:tcW w:w="1440" w:type="dxa"/>
            <w:vAlign w:val="center"/>
          </w:tcPr>
          <w:p w14:paraId="5EE81D63" w14:textId="77777777" w:rsidR="009430C1" w:rsidRDefault="00000000">
            <w:pPr>
              <w:spacing w:after="20"/>
            </w:pPr>
            <w:r>
              <w:rPr>
                <w:sz w:val="14"/>
              </w:rPr>
              <w:t>[Válasz / találkozó]</w:t>
            </w:r>
          </w:p>
        </w:tc>
      </w:tr>
      <w:tr w:rsidR="009430C1" w14:paraId="02731C0D" w14:textId="77777777">
        <w:trPr>
          <w:jc w:val="center"/>
        </w:trPr>
        <w:tc>
          <w:tcPr>
            <w:tcW w:w="1584" w:type="dxa"/>
            <w:shd w:val="clear" w:color="auto" w:fill="F4F7F8"/>
            <w:vAlign w:val="center"/>
          </w:tcPr>
          <w:p w14:paraId="16ECF0B7" w14:textId="77777777" w:rsidR="009430C1" w:rsidRDefault="00000000">
            <w:pPr>
              <w:spacing w:after="20"/>
            </w:pPr>
            <w:r>
              <w:rPr>
                <w:sz w:val="14"/>
              </w:rPr>
              <w:t>[Szülők / iskola]</w:t>
            </w:r>
          </w:p>
        </w:tc>
        <w:tc>
          <w:tcPr>
            <w:tcW w:w="2304" w:type="dxa"/>
            <w:shd w:val="clear" w:color="auto" w:fill="F4F7F8"/>
            <w:vAlign w:val="center"/>
          </w:tcPr>
          <w:p w14:paraId="1ADB5880" w14:textId="77777777" w:rsidR="009430C1" w:rsidRDefault="00000000">
            <w:pPr>
              <w:spacing w:after="20"/>
            </w:pPr>
            <w:r>
              <w:rPr>
                <w:sz w:val="14"/>
              </w:rPr>
              <w:t>[Hogyan segíthetnek?]</w:t>
            </w:r>
          </w:p>
        </w:tc>
        <w:tc>
          <w:tcPr>
            <w:tcW w:w="2232" w:type="dxa"/>
            <w:shd w:val="clear" w:color="auto" w:fill="F4F7F8"/>
            <w:vAlign w:val="center"/>
          </w:tcPr>
          <w:p w14:paraId="6BDEECEE" w14:textId="77777777" w:rsidR="009430C1" w:rsidRDefault="00000000">
            <w:pPr>
              <w:spacing w:after="20"/>
            </w:pPr>
            <w:r>
              <w:rPr>
                <w:sz w:val="14"/>
              </w:rPr>
              <w:t>[Hírlevél, esemény]</w:t>
            </w:r>
          </w:p>
        </w:tc>
        <w:tc>
          <w:tcPr>
            <w:tcW w:w="1152" w:type="dxa"/>
            <w:shd w:val="clear" w:color="auto" w:fill="F4F7F8"/>
            <w:vAlign w:val="center"/>
          </w:tcPr>
          <w:p w14:paraId="62345CC5" w14:textId="77777777" w:rsidR="009430C1" w:rsidRDefault="00000000">
            <w:pPr>
              <w:spacing w:after="20"/>
            </w:pPr>
            <w:r>
              <w:rPr>
                <w:sz w:val="14"/>
              </w:rPr>
              <w:t>[dátum]</w:t>
            </w:r>
          </w:p>
        </w:tc>
        <w:tc>
          <w:tcPr>
            <w:tcW w:w="1152" w:type="dxa"/>
            <w:shd w:val="clear" w:color="auto" w:fill="F4F7F8"/>
            <w:vAlign w:val="center"/>
          </w:tcPr>
          <w:p w14:paraId="0DD7EA94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2F4EF0A8" w14:textId="77777777" w:rsidR="009430C1" w:rsidRDefault="00000000">
            <w:pPr>
              <w:spacing w:after="20"/>
            </w:pPr>
            <w:r>
              <w:rPr>
                <w:sz w:val="14"/>
              </w:rPr>
              <w:t>[Jelentkezők / támogatás]</w:t>
            </w:r>
          </w:p>
        </w:tc>
      </w:tr>
      <w:tr w:rsidR="009430C1" w14:paraId="3CCBD261" w14:textId="77777777">
        <w:trPr>
          <w:jc w:val="center"/>
        </w:trPr>
        <w:tc>
          <w:tcPr>
            <w:tcW w:w="1584" w:type="dxa"/>
            <w:vAlign w:val="center"/>
          </w:tcPr>
          <w:p w14:paraId="1507C8FC" w14:textId="77777777" w:rsidR="009430C1" w:rsidRDefault="00000000">
            <w:pPr>
              <w:spacing w:after="20"/>
            </w:pPr>
            <w:r>
              <w:rPr>
                <w:sz w:val="14"/>
              </w:rPr>
              <w:t>[Nyilvánosság]</w:t>
            </w:r>
          </w:p>
        </w:tc>
        <w:tc>
          <w:tcPr>
            <w:tcW w:w="2304" w:type="dxa"/>
            <w:vAlign w:val="center"/>
          </w:tcPr>
          <w:p w14:paraId="66B6301B" w14:textId="77777777" w:rsidR="009430C1" w:rsidRDefault="00000000">
            <w:pPr>
              <w:spacing w:after="20"/>
            </w:pPr>
            <w:r>
              <w:rPr>
                <w:sz w:val="14"/>
              </w:rPr>
              <w:t>[Rövid történet és előrehaladás]</w:t>
            </w:r>
          </w:p>
        </w:tc>
        <w:tc>
          <w:tcPr>
            <w:tcW w:w="2232" w:type="dxa"/>
            <w:vAlign w:val="center"/>
          </w:tcPr>
          <w:p w14:paraId="7660745D" w14:textId="77777777" w:rsidR="009430C1" w:rsidRDefault="00000000">
            <w:pPr>
              <w:spacing w:after="20"/>
            </w:pPr>
            <w:r>
              <w:rPr>
                <w:sz w:val="14"/>
              </w:rPr>
              <w:t>[Web / közösségi média]</w:t>
            </w:r>
          </w:p>
        </w:tc>
        <w:tc>
          <w:tcPr>
            <w:tcW w:w="1152" w:type="dxa"/>
            <w:vAlign w:val="center"/>
          </w:tcPr>
          <w:p w14:paraId="6D5D1DF3" w14:textId="77777777" w:rsidR="009430C1" w:rsidRDefault="00000000">
            <w:pPr>
              <w:spacing w:after="20"/>
            </w:pPr>
            <w:r>
              <w:rPr>
                <w:sz w:val="14"/>
              </w:rPr>
              <w:t>[dátum]</w:t>
            </w:r>
          </w:p>
        </w:tc>
        <w:tc>
          <w:tcPr>
            <w:tcW w:w="1152" w:type="dxa"/>
            <w:vAlign w:val="center"/>
          </w:tcPr>
          <w:p w14:paraId="2852F162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  <w:tc>
          <w:tcPr>
            <w:tcW w:w="1440" w:type="dxa"/>
            <w:vAlign w:val="center"/>
          </w:tcPr>
          <w:p w14:paraId="11030B0E" w14:textId="77777777" w:rsidR="009430C1" w:rsidRDefault="00000000">
            <w:pPr>
              <w:spacing w:after="20"/>
            </w:pPr>
            <w:r>
              <w:rPr>
                <w:sz w:val="14"/>
              </w:rPr>
              <w:t>[Elérés / érdeklődés]</w:t>
            </w:r>
          </w:p>
        </w:tc>
      </w:tr>
      <w:tr w:rsidR="009430C1" w14:paraId="1D989C28" w14:textId="77777777">
        <w:trPr>
          <w:jc w:val="center"/>
        </w:trPr>
        <w:tc>
          <w:tcPr>
            <w:tcW w:w="1584" w:type="dxa"/>
            <w:shd w:val="clear" w:color="auto" w:fill="F4F7F8"/>
            <w:vAlign w:val="center"/>
          </w:tcPr>
          <w:p w14:paraId="7252B937" w14:textId="77777777" w:rsidR="009430C1" w:rsidRDefault="00000000">
            <w:pPr>
              <w:spacing w:after="20"/>
            </w:pPr>
            <w:r>
              <w:rPr>
                <w:sz w:val="14"/>
              </w:rPr>
              <w:t>[Támogatók]</w:t>
            </w:r>
          </w:p>
        </w:tc>
        <w:tc>
          <w:tcPr>
            <w:tcW w:w="2304" w:type="dxa"/>
            <w:shd w:val="clear" w:color="auto" w:fill="F4F7F8"/>
            <w:vAlign w:val="center"/>
          </w:tcPr>
          <w:p w14:paraId="6A9854FC" w14:textId="77777777" w:rsidR="009430C1" w:rsidRDefault="00000000">
            <w:pPr>
              <w:spacing w:after="20"/>
            </w:pPr>
            <w:r>
              <w:rPr>
                <w:sz w:val="14"/>
              </w:rPr>
              <w:t>[Köszönet és eredménybeszámoló]</w:t>
            </w:r>
          </w:p>
        </w:tc>
        <w:tc>
          <w:tcPr>
            <w:tcW w:w="2232" w:type="dxa"/>
            <w:shd w:val="clear" w:color="auto" w:fill="F4F7F8"/>
            <w:vAlign w:val="center"/>
          </w:tcPr>
          <w:p w14:paraId="710137DD" w14:textId="77777777" w:rsidR="009430C1" w:rsidRDefault="00000000">
            <w:pPr>
              <w:spacing w:after="20"/>
            </w:pPr>
            <w:r>
              <w:rPr>
                <w:sz w:val="14"/>
              </w:rPr>
              <w:t>[E-mail / bemutató]</w:t>
            </w:r>
          </w:p>
        </w:tc>
        <w:tc>
          <w:tcPr>
            <w:tcW w:w="1152" w:type="dxa"/>
            <w:shd w:val="clear" w:color="auto" w:fill="F4F7F8"/>
            <w:vAlign w:val="center"/>
          </w:tcPr>
          <w:p w14:paraId="56C8FDD6" w14:textId="77777777" w:rsidR="009430C1" w:rsidRDefault="00000000">
            <w:pPr>
              <w:spacing w:after="20"/>
            </w:pPr>
            <w:r>
              <w:rPr>
                <w:sz w:val="14"/>
              </w:rPr>
              <w:t>[dátum]</w:t>
            </w:r>
          </w:p>
        </w:tc>
        <w:tc>
          <w:tcPr>
            <w:tcW w:w="1152" w:type="dxa"/>
            <w:shd w:val="clear" w:color="auto" w:fill="F4F7F8"/>
            <w:vAlign w:val="center"/>
          </w:tcPr>
          <w:p w14:paraId="77BEF1F3" w14:textId="77777777" w:rsidR="009430C1" w:rsidRDefault="00000000">
            <w:pPr>
              <w:spacing w:after="20"/>
            </w:pPr>
            <w:r>
              <w:rPr>
                <w:sz w:val="14"/>
              </w:rPr>
              <w:t>[név]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7354F71A" w14:textId="77777777" w:rsidR="009430C1" w:rsidRDefault="00000000">
            <w:pPr>
              <w:spacing w:after="20"/>
            </w:pPr>
            <w:r>
              <w:rPr>
                <w:sz w:val="14"/>
              </w:rPr>
              <w:t>[Beszámoló elküldve]</w:t>
            </w:r>
          </w:p>
        </w:tc>
      </w:tr>
    </w:tbl>
    <w:p w14:paraId="02AB59D1" w14:textId="77777777" w:rsidR="009430C1" w:rsidRDefault="009430C1">
      <w:pPr>
        <w:spacing w:after="20"/>
      </w:pPr>
    </w:p>
    <w:p w14:paraId="02A14BA5" w14:textId="77777777" w:rsidR="009430C1" w:rsidRDefault="00000000" w:rsidP="00072C3B">
      <w:pPr>
        <w:pStyle w:val="Cmsor2"/>
      </w:pPr>
      <w:r>
        <w:t>Alapüzenetünk</w:t>
      </w:r>
    </w:p>
    <w:p w14:paraId="00DFAC93" w14:textId="77777777" w:rsidR="009430C1" w:rsidRDefault="00000000">
      <w:pPr>
        <w:spacing w:before="60" w:after="40"/>
      </w:pPr>
      <w:r>
        <w:rPr>
          <w:b/>
          <w:color w:val="163B5C"/>
        </w:rPr>
        <w:t>Bemutatkozás és kérés 2–3 mondatban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282"/>
      </w:tblGrid>
      <w:tr w:rsidR="009430C1" w14:paraId="429209F9" w14:textId="77777777">
        <w:tc>
          <w:tcPr>
            <w:tcW w:w="10282" w:type="dxa"/>
            <w:shd w:val="clear" w:color="auto" w:fill="F8FAFB"/>
            <w:vAlign w:val="center"/>
          </w:tcPr>
          <w:p w14:paraId="1FEC2D49" w14:textId="77777777" w:rsidR="009430C1" w:rsidRDefault="00000000">
            <w:pPr>
              <w:spacing w:after="20"/>
            </w:pPr>
            <w:r>
              <w:rPr>
                <w:sz w:val="16"/>
              </w:rPr>
              <w:t>[Kik vagytok? Mit szeretnétek elérni? Milyen konkrét segítséget kértek?]</w:t>
            </w:r>
          </w:p>
        </w:tc>
      </w:tr>
    </w:tbl>
    <w:p w14:paraId="7795736A" w14:textId="77777777" w:rsidR="009430C1" w:rsidRDefault="00000000">
      <w:pPr>
        <w:spacing w:before="60" w:after="40"/>
      </w:pPr>
      <w:r>
        <w:rPr>
          <w:b/>
          <w:color w:val="163B5C"/>
        </w:rPr>
        <w:t>Bizonyíték és történet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282"/>
      </w:tblGrid>
      <w:tr w:rsidR="009430C1" w14:paraId="4428CB9B" w14:textId="77777777">
        <w:tc>
          <w:tcPr>
            <w:tcW w:w="10282" w:type="dxa"/>
            <w:shd w:val="clear" w:color="auto" w:fill="F8FAFB"/>
            <w:vAlign w:val="center"/>
          </w:tcPr>
          <w:p w14:paraId="3B79A12B" w14:textId="77777777" w:rsidR="009430C1" w:rsidRDefault="00000000">
            <w:pPr>
              <w:spacing w:after="20"/>
            </w:pPr>
            <w:r>
              <w:rPr>
                <w:sz w:val="16"/>
              </w:rPr>
              <w:t>[Milyen eredmény, adat vagy személyes történet mutatja meg a cél értékét?]</w:t>
            </w:r>
          </w:p>
        </w:tc>
      </w:tr>
    </w:tbl>
    <w:p w14:paraId="6C17E31B" w14:textId="77777777" w:rsidR="009430C1" w:rsidRDefault="00000000">
      <w:r>
        <w:br w:type="page"/>
      </w:r>
    </w:p>
    <w:p w14:paraId="6B706EEE" w14:textId="77777777" w:rsidR="009430C1" w:rsidRDefault="00000000" w:rsidP="00072C3B">
      <w:pPr>
        <w:pStyle w:val="Cmsor1"/>
      </w:pPr>
      <w:r>
        <w:lastRenderedPageBreak/>
        <w:t>6. Ütemezési terv</w:t>
      </w:r>
    </w:p>
    <w:p w14:paraId="535C7E7F" w14:textId="77777777" w:rsidR="009430C1" w:rsidRDefault="00000000">
      <w:r>
        <w:t>A kampányt a cél határidejétől visszafelé is tervezzétek meg. Hagyjatok időt a válaszokra, az egyeztetésre, a megállapodásra és a támogatás tényleges megérkezésére.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3168"/>
        <w:gridCol w:w="1440"/>
        <w:gridCol w:w="2160"/>
        <w:gridCol w:w="1872"/>
      </w:tblGrid>
      <w:tr w:rsidR="009430C1" w14:paraId="7C713F36" w14:textId="77777777">
        <w:trPr>
          <w:tblHeader/>
          <w:jc w:val="center"/>
        </w:trPr>
        <w:tc>
          <w:tcPr>
            <w:tcW w:w="1584" w:type="dxa"/>
            <w:shd w:val="clear" w:color="auto" w:fill="163B5C"/>
            <w:vAlign w:val="center"/>
          </w:tcPr>
          <w:p w14:paraId="1E6DA67B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Időszak / határidő</w:t>
            </w:r>
          </w:p>
        </w:tc>
        <w:tc>
          <w:tcPr>
            <w:tcW w:w="3168" w:type="dxa"/>
            <w:shd w:val="clear" w:color="auto" w:fill="163B5C"/>
            <w:vAlign w:val="center"/>
          </w:tcPr>
          <w:p w14:paraId="6F987613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Feladat</w:t>
            </w:r>
          </w:p>
        </w:tc>
        <w:tc>
          <w:tcPr>
            <w:tcW w:w="1440" w:type="dxa"/>
            <w:shd w:val="clear" w:color="auto" w:fill="163B5C"/>
            <w:vAlign w:val="center"/>
          </w:tcPr>
          <w:p w14:paraId="46F6BC59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Felelős</w:t>
            </w:r>
          </w:p>
        </w:tc>
        <w:tc>
          <w:tcPr>
            <w:tcW w:w="2160" w:type="dxa"/>
            <w:shd w:val="clear" w:color="auto" w:fill="163B5C"/>
            <w:vAlign w:val="center"/>
          </w:tcPr>
          <w:p w14:paraId="02A48F82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Készültség / eredmény</w:t>
            </w:r>
          </w:p>
        </w:tc>
        <w:tc>
          <w:tcPr>
            <w:tcW w:w="1872" w:type="dxa"/>
            <w:shd w:val="clear" w:color="auto" w:fill="163B5C"/>
            <w:vAlign w:val="center"/>
          </w:tcPr>
          <w:p w14:paraId="7E221449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Következő lépés</w:t>
            </w:r>
          </w:p>
        </w:tc>
      </w:tr>
      <w:tr w:rsidR="009430C1" w14:paraId="4670A795" w14:textId="77777777">
        <w:trPr>
          <w:jc w:val="center"/>
        </w:trPr>
        <w:tc>
          <w:tcPr>
            <w:tcW w:w="1584" w:type="dxa"/>
            <w:vAlign w:val="center"/>
          </w:tcPr>
          <w:p w14:paraId="1F92F3C7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3168" w:type="dxa"/>
            <w:vAlign w:val="center"/>
          </w:tcPr>
          <w:p w14:paraId="639EE831" w14:textId="77777777" w:rsidR="009430C1" w:rsidRDefault="00000000">
            <w:pPr>
              <w:spacing w:after="20"/>
            </w:pPr>
            <w:r>
              <w:rPr>
                <w:sz w:val="15"/>
              </w:rPr>
              <w:t>Cél és költségterv véglegesítése</w:t>
            </w:r>
          </w:p>
        </w:tc>
        <w:tc>
          <w:tcPr>
            <w:tcW w:w="1440" w:type="dxa"/>
            <w:vAlign w:val="center"/>
          </w:tcPr>
          <w:p w14:paraId="623E83E7" w14:textId="77777777" w:rsidR="009430C1" w:rsidRDefault="00000000">
            <w:pPr>
              <w:spacing w:after="20"/>
            </w:pPr>
            <w:r>
              <w:rPr>
                <w:sz w:val="15"/>
              </w:rPr>
              <w:t>[név]</w:t>
            </w:r>
          </w:p>
        </w:tc>
        <w:tc>
          <w:tcPr>
            <w:tcW w:w="2160" w:type="dxa"/>
            <w:vAlign w:val="center"/>
          </w:tcPr>
          <w:p w14:paraId="13572889" w14:textId="77777777" w:rsidR="009430C1" w:rsidRDefault="00000000">
            <w:pPr>
              <w:spacing w:after="20"/>
            </w:pPr>
            <w:r>
              <w:rPr>
                <w:sz w:val="15"/>
              </w:rPr>
              <w:t>[állapot]</w:t>
            </w:r>
          </w:p>
        </w:tc>
        <w:tc>
          <w:tcPr>
            <w:tcW w:w="1872" w:type="dxa"/>
            <w:vAlign w:val="center"/>
          </w:tcPr>
          <w:p w14:paraId="11BACDAA" w14:textId="77777777" w:rsidR="009430C1" w:rsidRDefault="00000000">
            <w:pPr>
              <w:spacing w:after="20"/>
            </w:pPr>
            <w:r>
              <w:rPr>
                <w:sz w:val="15"/>
              </w:rPr>
              <w:t>[lépés]</w:t>
            </w:r>
          </w:p>
        </w:tc>
      </w:tr>
      <w:tr w:rsidR="009430C1" w14:paraId="6BD1D729" w14:textId="77777777">
        <w:trPr>
          <w:jc w:val="center"/>
        </w:trPr>
        <w:tc>
          <w:tcPr>
            <w:tcW w:w="1584" w:type="dxa"/>
            <w:shd w:val="clear" w:color="auto" w:fill="F4F7F8"/>
            <w:vAlign w:val="center"/>
          </w:tcPr>
          <w:p w14:paraId="6AD9DB23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3168" w:type="dxa"/>
            <w:shd w:val="clear" w:color="auto" w:fill="F4F7F8"/>
            <w:vAlign w:val="center"/>
          </w:tcPr>
          <w:p w14:paraId="42B8D004" w14:textId="77777777" w:rsidR="009430C1" w:rsidRDefault="00000000">
            <w:pPr>
              <w:spacing w:after="20"/>
            </w:pPr>
            <w:r>
              <w:rPr>
                <w:sz w:val="15"/>
              </w:rPr>
              <w:t>Bemutatkozó anyag és támogatói csomag jóváhagyása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4710FE7F" w14:textId="77777777" w:rsidR="009430C1" w:rsidRDefault="00000000">
            <w:pPr>
              <w:spacing w:after="20"/>
            </w:pPr>
            <w:r>
              <w:rPr>
                <w:sz w:val="15"/>
              </w:rPr>
              <w:t>[név]</w:t>
            </w:r>
          </w:p>
        </w:tc>
        <w:tc>
          <w:tcPr>
            <w:tcW w:w="2160" w:type="dxa"/>
            <w:shd w:val="clear" w:color="auto" w:fill="F4F7F8"/>
            <w:vAlign w:val="center"/>
          </w:tcPr>
          <w:p w14:paraId="72002E31" w14:textId="77777777" w:rsidR="009430C1" w:rsidRDefault="00000000">
            <w:pPr>
              <w:spacing w:after="20"/>
            </w:pPr>
            <w:r>
              <w:rPr>
                <w:sz w:val="15"/>
              </w:rPr>
              <w:t>[állapot]</w:t>
            </w:r>
          </w:p>
        </w:tc>
        <w:tc>
          <w:tcPr>
            <w:tcW w:w="1872" w:type="dxa"/>
            <w:shd w:val="clear" w:color="auto" w:fill="F4F7F8"/>
            <w:vAlign w:val="center"/>
          </w:tcPr>
          <w:p w14:paraId="0BF908C3" w14:textId="77777777" w:rsidR="009430C1" w:rsidRDefault="00000000">
            <w:pPr>
              <w:spacing w:after="20"/>
            </w:pPr>
            <w:r>
              <w:rPr>
                <w:sz w:val="15"/>
              </w:rPr>
              <w:t>[lépés]</w:t>
            </w:r>
          </w:p>
        </w:tc>
      </w:tr>
      <w:tr w:rsidR="009430C1" w14:paraId="52486A3A" w14:textId="77777777">
        <w:trPr>
          <w:jc w:val="center"/>
        </w:trPr>
        <w:tc>
          <w:tcPr>
            <w:tcW w:w="1584" w:type="dxa"/>
            <w:vAlign w:val="center"/>
          </w:tcPr>
          <w:p w14:paraId="6C38342E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3168" w:type="dxa"/>
            <w:vAlign w:val="center"/>
          </w:tcPr>
          <w:p w14:paraId="4336C551" w14:textId="77777777" w:rsidR="009430C1" w:rsidRDefault="00000000">
            <w:pPr>
              <w:spacing w:after="20"/>
            </w:pPr>
            <w:r>
              <w:rPr>
                <w:sz w:val="15"/>
              </w:rPr>
              <w:t>Támogatói lista rangsorolása, kapcsolatok ellenőrzése</w:t>
            </w:r>
          </w:p>
        </w:tc>
        <w:tc>
          <w:tcPr>
            <w:tcW w:w="1440" w:type="dxa"/>
            <w:vAlign w:val="center"/>
          </w:tcPr>
          <w:p w14:paraId="273C90F7" w14:textId="77777777" w:rsidR="009430C1" w:rsidRDefault="00000000">
            <w:pPr>
              <w:spacing w:after="20"/>
            </w:pPr>
            <w:r>
              <w:rPr>
                <w:sz w:val="15"/>
              </w:rPr>
              <w:t>[név]</w:t>
            </w:r>
          </w:p>
        </w:tc>
        <w:tc>
          <w:tcPr>
            <w:tcW w:w="2160" w:type="dxa"/>
            <w:vAlign w:val="center"/>
          </w:tcPr>
          <w:p w14:paraId="599213B8" w14:textId="77777777" w:rsidR="009430C1" w:rsidRDefault="00000000">
            <w:pPr>
              <w:spacing w:after="20"/>
            </w:pPr>
            <w:r>
              <w:rPr>
                <w:sz w:val="15"/>
              </w:rPr>
              <w:t>[állapot]</w:t>
            </w:r>
          </w:p>
        </w:tc>
        <w:tc>
          <w:tcPr>
            <w:tcW w:w="1872" w:type="dxa"/>
            <w:vAlign w:val="center"/>
          </w:tcPr>
          <w:p w14:paraId="540B5854" w14:textId="77777777" w:rsidR="009430C1" w:rsidRDefault="00000000">
            <w:pPr>
              <w:spacing w:after="20"/>
            </w:pPr>
            <w:r>
              <w:rPr>
                <w:sz w:val="15"/>
              </w:rPr>
              <w:t>[lépés]</w:t>
            </w:r>
          </w:p>
        </w:tc>
      </w:tr>
      <w:tr w:rsidR="009430C1" w14:paraId="49FCECFE" w14:textId="77777777">
        <w:trPr>
          <w:jc w:val="center"/>
        </w:trPr>
        <w:tc>
          <w:tcPr>
            <w:tcW w:w="1584" w:type="dxa"/>
            <w:shd w:val="clear" w:color="auto" w:fill="F4F7F8"/>
            <w:vAlign w:val="center"/>
          </w:tcPr>
          <w:p w14:paraId="3F20197F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3168" w:type="dxa"/>
            <w:shd w:val="clear" w:color="auto" w:fill="F4F7F8"/>
            <w:vAlign w:val="center"/>
          </w:tcPr>
          <w:p w14:paraId="4D7F0297" w14:textId="77777777" w:rsidR="009430C1" w:rsidRDefault="00000000">
            <w:pPr>
              <w:spacing w:after="20"/>
            </w:pPr>
            <w:r>
              <w:rPr>
                <w:sz w:val="15"/>
              </w:rPr>
              <w:t>Első megkeresések kiküldése / találkozók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1C933273" w14:textId="77777777" w:rsidR="009430C1" w:rsidRDefault="00000000">
            <w:pPr>
              <w:spacing w:after="20"/>
            </w:pPr>
            <w:r>
              <w:rPr>
                <w:sz w:val="15"/>
              </w:rPr>
              <w:t>[név]</w:t>
            </w:r>
          </w:p>
        </w:tc>
        <w:tc>
          <w:tcPr>
            <w:tcW w:w="2160" w:type="dxa"/>
            <w:shd w:val="clear" w:color="auto" w:fill="F4F7F8"/>
            <w:vAlign w:val="center"/>
          </w:tcPr>
          <w:p w14:paraId="56032637" w14:textId="77777777" w:rsidR="009430C1" w:rsidRDefault="00000000">
            <w:pPr>
              <w:spacing w:after="20"/>
            </w:pPr>
            <w:r>
              <w:rPr>
                <w:sz w:val="15"/>
              </w:rPr>
              <w:t>[állapot]</w:t>
            </w:r>
          </w:p>
        </w:tc>
        <w:tc>
          <w:tcPr>
            <w:tcW w:w="1872" w:type="dxa"/>
            <w:shd w:val="clear" w:color="auto" w:fill="F4F7F8"/>
            <w:vAlign w:val="center"/>
          </w:tcPr>
          <w:p w14:paraId="51DDEDE9" w14:textId="77777777" w:rsidR="009430C1" w:rsidRDefault="00000000">
            <w:pPr>
              <w:spacing w:after="20"/>
            </w:pPr>
            <w:r>
              <w:rPr>
                <w:sz w:val="15"/>
              </w:rPr>
              <w:t>[lépés]</w:t>
            </w:r>
          </w:p>
        </w:tc>
      </w:tr>
      <w:tr w:rsidR="009430C1" w14:paraId="2EF33338" w14:textId="77777777">
        <w:trPr>
          <w:jc w:val="center"/>
        </w:trPr>
        <w:tc>
          <w:tcPr>
            <w:tcW w:w="1584" w:type="dxa"/>
            <w:vAlign w:val="center"/>
          </w:tcPr>
          <w:p w14:paraId="071CB4F4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3168" w:type="dxa"/>
            <w:vAlign w:val="center"/>
          </w:tcPr>
          <w:p w14:paraId="73569E99" w14:textId="77777777" w:rsidR="009430C1" w:rsidRDefault="00000000">
            <w:pPr>
              <w:spacing w:after="20"/>
            </w:pPr>
            <w:r>
              <w:rPr>
                <w:sz w:val="15"/>
              </w:rPr>
              <w:t>Udvarias utánkövetés és egyeztetés</w:t>
            </w:r>
          </w:p>
        </w:tc>
        <w:tc>
          <w:tcPr>
            <w:tcW w:w="1440" w:type="dxa"/>
            <w:vAlign w:val="center"/>
          </w:tcPr>
          <w:p w14:paraId="5D0F48FE" w14:textId="77777777" w:rsidR="009430C1" w:rsidRDefault="00000000">
            <w:pPr>
              <w:spacing w:after="20"/>
            </w:pPr>
            <w:r>
              <w:rPr>
                <w:sz w:val="15"/>
              </w:rPr>
              <w:t>[név]</w:t>
            </w:r>
          </w:p>
        </w:tc>
        <w:tc>
          <w:tcPr>
            <w:tcW w:w="2160" w:type="dxa"/>
            <w:vAlign w:val="center"/>
          </w:tcPr>
          <w:p w14:paraId="2E702A64" w14:textId="77777777" w:rsidR="009430C1" w:rsidRDefault="00000000">
            <w:pPr>
              <w:spacing w:after="20"/>
            </w:pPr>
            <w:r>
              <w:rPr>
                <w:sz w:val="15"/>
              </w:rPr>
              <w:t>[állapot]</w:t>
            </w:r>
          </w:p>
        </w:tc>
        <w:tc>
          <w:tcPr>
            <w:tcW w:w="1872" w:type="dxa"/>
            <w:vAlign w:val="center"/>
          </w:tcPr>
          <w:p w14:paraId="20170A4F" w14:textId="77777777" w:rsidR="009430C1" w:rsidRDefault="00000000">
            <w:pPr>
              <w:spacing w:after="20"/>
            </w:pPr>
            <w:r>
              <w:rPr>
                <w:sz w:val="15"/>
              </w:rPr>
              <w:t>[lépés]</w:t>
            </w:r>
          </w:p>
        </w:tc>
      </w:tr>
      <w:tr w:rsidR="009430C1" w14:paraId="56795707" w14:textId="77777777">
        <w:trPr>
          <w:jc w:val="center"/>
        </w:trPr>
        <w:tc>
          <w:tcPr>
            <w:tcW w:w="1584" w:type="dxa"/>
            <w:shd w:val="clear" w:color="auto" w:fill="F4F7F8"/>
            <w:vAlign w:val="center"/>
          </w:tcPr>
          <w:p w14:paraId="4300BFDD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3168" w:type="dxa"/>
            <w:shd w:val="clear" w:color="auto" w:fill="F4F7F8"/>
            <w:vAlign w:val="center"/>
          </w:tcPr>
          <w:p w14:paraId="0ECD56EE" w14:textId="77777777" w:rsidR="009430C1" w:rsidRDefault="00000000">
            <w:pPr>
              <w:spacing w:after="20"/>
            </w:pPr>
            <w:r>
              <w:rPr>
                <w:sz w:val="15"/>
              </w:rPr>
              <w:t>Megállapodás, támogatás átvétele, nyilvántartás</w:t>
            </w:r>
          </w:p>
        </w:tc>
        <w:tc>
          <w:tcPr>
            <w:tcW w:w="1440" w:type="dxa"/>
            <w:shd w:val="clear" w:color="auto" w:fill="F4F7F8"/>
            <w:vAlign w:val="center"/>
          </w:tcPr>
          <w:p w14:paraId="768CB389" w14:textId="77777777" w:rsidR="009430C1" w:rsidRDefault="00000000">
            <w:pPr>
              <w:spacing w:after="20"/>
            </w:pPr>
            <w:r>
              <w:rPr>
                <w:sz w:val="15"/>
              </w:rPr>
              <w:t>[név]</w:t>
            </w:r>
          </w:p>
        </w:tc>
        <w:tc>
          <w:tcPr>
            <w:tcW w:w="2160" w:type="dxa"/>
            <w:shd w:val="clear" w:color="auto" w:fill="F4F7F8"/>
            <w:vAlign w:val="center"/>
          </w:tcPr>
          <w:p w14:paraId="0ED08F20" w14:textId="77777777" w:rsidR="009430C1" w:rsidRDefault="00000000">
            <w:pPr>
              <w:spacing w:after="20"/>
            </w:pPr>
            <w:r>
              <w:rPr>
                <w:sz w:val="15"/>
              </w:rPr>
              <w:t>[állapot]</w:t>
            </w:r>
          </w:p>
        </w:tc>
        <w:tc>
          <w:tcPr>
            <w:tcW w:w="1872" w:type="dxa"/>
            <w:shd w:val="clear" w:color="auto" w:fill="F4F7F8"/>
            <w:vAlign w:val="center"/>
          </w:tcPr>
          <w:p w14:paraId="720F77F1" w14:textId="77777777" w:rsidR="009430C1" w:rsidRDefault="00000000">
            <w:pPr>
              <w:spacing w:after="20"/>
            </w:pPr>
            <w:r>
              <w:rPr>
                <w:sz w:val="15"/>
              </w:rPr>
              <w:t>[lépés]</w:t>
            </w:r>
          </w:p>
        </w:tc>
      </w:tr>
      <w:tr w:rsidR="009430C1" w14:paraId="0F313F8B" w14:textId="77777777">
        <w:trPr>
          <w:jc w:val="center"/>
        </w:trPr>
        <w:tc>
          <w:tcPr>
            <w:tcW w:w="1584" w:type="dxa"/>
            <w:vAlign w:val="center"/>
          </w:tcPr>
          <w:p w14:paraId="080C98C3" w14:textId="77777777" w:rsidR="009430C1" w:rsidRDefault="00000000">
            <w:pPr>
              <w:spacing w:after="20"/>
            </w:pPr>
            <w:r>
              <w:rPr>
                <w:sz w:val="15"/>
              </w:rPr>
              <w:t>[dátum]</w:t>
            </w:r>
          </w:p>
        </w:tc>
        <w:tc>
          <w:tcPr>
            <w:tcW w:w="3168" w:type="dxa"/>
            <w:vAlign w:val="center"/>
          </w:tcPr>
          <w:p w14:paraId="664D35EC" w14:textId="77777777" w:rsidR="009430C1" w:rsidRDefault="00000000">
            <w:pPr>
              <w:spacing w:after="20"/>
            </w:pPr>
            <w:r>
              <w:rPr>
                <w:sz w:val="15"/>
              </w:rPr>
              <w:t>Köszönet, vállalások teljesítése, beszámoló</w:t>
            </w:r>
          </w:p>
        </w:tc>
        <w:tc>
          <w:tcPr>
            <w:tcW w:w="1440" w:type="dxa"/>
            <w:vAlign w:val="center"/>
          </w:tcPr>
          <w:p w14:paraId="3B1A8AB5" w14:textId="77777777" w:rsidR="009430C1" w:rsidRDefault="00000000">
            <w:pPr>
              <w:spacing w:after="20"/>
            </w:pPr>
            <w:r>
              <w:rPr>
                <w:sz w:val="15"/>
              </w:rPr>
              <w:t>[név]</w:t>
            </w:r>
          </w:p>
        </w:tc>
        <w:tc>
          <w:tcPr>
            <w:tcW w:w="2160" w:type="dxa"/>
            <w:vAlign w:val="center"/>
          </w:tcPr>
          <w:p w14:paraId="044811C8" w14:textId="77777777" w:rsidR="009430C1" w:rsidRDefault="00000000">
            <w:pPr>
              <w:spacing w:after="20"/>
            </w:pPr>
            <w:r>
              <w:rPr>
                <w:sz w:val="15"/>
              </w:rPr>
              <w:t>[állapot]</w:t>
            </w:r>
          </w:p>
        </w:tc>
        <w:tc>
          <w:tcPr>
            <w:tcW w:w="1872" w:type="dxa"/>
            <w:vAlign w:val="center"/>
          </w:tcPr>
          <w:p w14:paraId="5BDED8D5" w14:textId="77777777" w:rsidR="009430C1" w:rsidRDefault="00000000">
            <w:pPr>
              <w:spacing w:after="20"/>
            </w:pPr>
            <w:r>
              <w:rPr>
                <w:sz w:val="15"/>
              </w:rPr>
              <w:t>[lépés]</w:t>
            </w:r>
          </w:p>
        </w:tc>
      </w:tr>
    </w:tbl>
    <w:p w14:paraId="6F5F7B01" w14:textId="77777777" w:rsidR="009430C1" w:rsidRDefault="009430C1">
      <w:pPr>
        <w:spacing w:after="20"/>
      </w:pPr>
    </w:p>
    <w:p w14:paraId="3CFEC874" w14:textId="77777777" w:rsidR="009430C1" w:rsidRDefault="00000000" w:rsidP="00072C3B">
      <w:pPr>
        <w:pStyle w:val="Cmsor2"/>
      </w:pPr>
      <w:r>
        <w:t>Felelősségek és ellenőrzőpontok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168"/>
        <w:gridCol w:w="4032"/>
      </w:tblGrid>
      <w:tr w:rsidR="009430C1" w14:paraId="7EFAC780" w14:textId="77777777">
        <w:trPr>
          <w:tblHeader/>
          <w:jc w:val="center"/>
        </w:trPr>
        <w:tc>
          <w:tcPr>
            <w:tcW w:w="2880" w:type="dxa"/>
            <w:shd w:val="clear" w:color="auto" w:fill="163B5C"/>
            <w:vAlign w:val="center"/>
          </w:tcPr>
          <w:p w14:paraId="155CE3FC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Feladatkör</w:t>
            </w:r>
          </w:p>
        </w:tc>
        <w:tc>
          <w:tcPr>
            <w:tcW w:w="3168" w:type="dxa"/>
            <w:shd w:val="clear" w:color="auto" w:fill="163B5C"/>
            <w:vAlign w:val="center"/>
          </w:tcPr>
          <w:p w14:paraId="27A2E5DB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Felelős / helyettes</w:t>
            </w:r>
          </w:p>
        </w:tc>
        <w:tc>
          <w:tcPr>
            <w:tcW w:w="4032" w:type="dxa"/>
            <w:shd w:val="clear" w:color="auto" w:fill="163B5C"/>
            <w:vAlign w:val="center"/>
          </w:tcPr>
          <w:p w14:paraId="2F58DBF3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6"/>
              </w:rPr>
              <w:t>Ellenőrzőpont</w:t>
            </w:r>
          </w:p>
        </w:tc>
      </w:tr>
      <w:tr w:rsidR="009430C1" w14:paraId="63B29FC1" w14:textId="77777777">
        <w:trPr>
          <w:jc w:val="center"/>
        </w:trPr>
        <w:tc>
          <w:tcPr>
            <w:tcW w:w="2880" w:type="dxa"/>
            <w:vAlign w:val="center"/>
          </w:tcPr>
          <w:p w14:paraId="75C46B9D" w14:textId="77777777" w:rsidR="009430C1" w:rsidRDefault="00000000">
            <w:pPr>
              <w:spacing w:after="20"/>
            </w:pPr>
            <w:r>
              <w:rPr>
                <w:sz w:val="16"/>
              </w:rPr>
              <w:t>Kapcsolattartás és jóváhagyás</w:t>
            </w:r>
          </w:p>
        </w:tc>
        <w:tc>
          <w:tcPr>
            <w:tcW w:w="3168" w:type="dxa"/>
            <w:vAlign w:val="center"/>
          </w:tcPr>
          <w:p w14:paraId="0B615874" w14:textId="77777777" w:rsidR="009430C1" w:rsidRDefault="00000000">
            <w:pPr>
              <w:spacing w:after="20"/>
            </w:pPr>
            <w:r>
              <w:rPr>
                <w:sz w:val="16"/>
              </w:rPr>
              <w:t>[Felnőtt neve]</w:t>
            </w:r>
          </w:p>
        </w:tc>
        <w:tc>
          <w:tcPr>
            <w:tcW w:w="4032" w:type="dxa"/>
            <w:vAlign w:val="center"/>
          </w:tcPr>
          <w:p w14:paraId="308B1BB4" w14:textId="77777777" w:rsidR="009430C1" w:rsidRDefault="00000000">
            <w:pPr>
              <w:spacing w:after="20"/>
            </w:pPr>
            <w:r>
              <w:rPr>
                <w:sz w:val="16"/>
              </w:rPr>
              <w:t>[Minden levél / megállapodás előtt]</w:t>
            </w:r>
          </w:p>
        </w:tc>
      </w:tr>
      <w:tr w:rsidR="009430C1" w14:paraId="7694BAC3" w14:textId="77777777">
        <w:trPr>
          <w:jc w:val="center"/>
        </w:trPr>
        <w:tc>
          <w:tcPr>
            <w:tcW w:w="2880" w:type="dxa"/>
            <w:shd w:val="clear" w:color="auto" w:fill="F4F7F8"/>
            <w:vAlign w:val="center"/>
          </w:tcPr>
          <w:p w14:paraId="56A7A75F" w14:textId="77777777" w:rsidR="009430C1" w:rsidRDefault="00000000">
            <w:pPr>
              <w:spacing w:after="20"/>
            </w:pPr>
            <w:r>
              <w:rPr>
                <w:sz w:val="16"/>
              </w:rPr>
              <w:t>Költségvetés és nyilvántartás</w:t>
            </w:r>
          </w:p>
        </w:tc>
        <w:tc>
          <w:tcPr>
            <w:tcW w:w="3168" w:type="dxa"/>
            <w:shd w:val="clear" w:color="auto" w:fill="F4F7F8"/>
            <w:vAlign w:val="center"/>
          </w:tcPr>
          <w:p w14:paraId="78CCD5CE" w14:textId="77777777" w:rsidR="009430C1" w:rsidRDefault="00000000">
            <w:pPr>
              <w:spacing w:after="20"/>
            </w:pPr>
            <w:r>
              <w:rPr>
                <w:sz w:val="16"/>
              </w:rPr>
              <w:t>[Név]</w:t>
            </w:r>
          </w:p>
        </w:tc>
        <w:tc>
          <w:tcPr>
            <w:tcW w:w="4032" w:type="dxa"/>
            <w:shd w:val="clear" w:color="auto" w:fill="F4F7F8"/>
            <w:vAlign w:val="center"/>
          </w:tcPr>
          <w:p w14:paraId="6533280F" w14:textId="77777777" w:rsidR="009430C1" w:rsidRDefault="00000000">
            <w:pPr>
              <w:spacing w:after="20"/>
            </w:pPr>
            <w:r>
              <w:rPr>
                <w:sz w:val="16"/>
              </w:rPr>
              <w:t>[Hetente / esemény után]</w:t>
            </w:r>
          </w:p>
        </w:tc>
      </w:tr>
      <w:tr w:rsidR="009430C1" w14:paraId="24FB9F5B" w14:textId="77777777">
        <w:trPr>
          <w:jc w:val="center"/>
        </w:trPr>
        <w:tc>
          <w:tcPr>
            <w:tcW w:w="2880" w:type="dxa"/>
            <w:vAlign w:val="center"/>
          </w:tcPr>
          <w:p w14:paraId="42CDB996" w14:textId="77777777" w:rsidR="009430C1" w:rsidRDefault="00000000">
            <w:pPr>
              <w:spacing w:after="20"/>
            </w:pPr>
            <w:r>
              <w:rPr>
                <w:sz w:val="16"/>
              </w:rPr>
              <w:t>Bemutatkozó anyag és kommunikáció</w:t>
            </w:r>
          </w:p>
        </w:tc>
        <w:tc>
          <w:tcPr>
            <w:tcW w:w="3168" w:type="dxa"/>
            <w:vAlign w:val="center"/>
          </w:tcPr>
          <w:p w14:paraId="695574F3" w14:textId="77777777" w:rsidR="009430C1" w:rsidRDefault="00000000">
            <w:pPr>
              <w:spacing w:after="20"/>
            </w:pPr>
            <w:r>
              <w:rPr>
                <w:sz w:val="16"/>
              </w:rPr>
              <w:t>[Név]</w:t>
            </w:r>
          </w:p>
        </w:tc>
        <w:tc>
          <w:tcPr>
            <w:tcW w:w="4032" w:type="dxa"/>
            <w:vAlign w:val="center"/>
          </w:tcPr>
          <w:p w14:paraId="0E7476BB" w14:textId="77777777" w:rsidR="009430C1" w:rsidRDefault="00000000">
            <w:pPr>
              <w:spacing w:after="20"/>
            </w:pPr>
            <w:r>
              <w:rPr>
                <w:sz w:val="16"/>
              </w:rPr>
              <w:t>[Kiküldés előtt]</w:t>
            </w:r>
          </w:p>
        </w:tc>
      </w:tr>
      <w:tr w:rsidR="009430C1" w14:paraId="43DF5789" w14:textId="77777777">
        <w:trPr>
          <w:jc w:val="center"/>
        </w:trPr>
        <w:tc>
          <w:tcPr>
            <w:tcW w:w="2880" w:type="dxa"/>
            <w:shd w:val="clear" w:color="auto" w:fill="F4F7F8"/>
            <w:vAlign w:val="center"/>
          </w:tcPr>
          <w:p w14:paraId="641D1B1B" w14:textId="77777777" w:rsidR="009430C1" w:rsidRDefault="00000000">
            <w:pPr>
              <w:spacing w:after="20"/>
            </w:pPr>
            <w:r>
              <w:rPr>
                <w:sz w:val="16"/>
              </w:rPr>
              <w:t>Köszönet és beszámoló</w:t>
            </w:r>
          </w:p>
        </w:tc>
        <w:tc>
          <w:tcPr>
            <w:tcW w:w="3168" w:type="dxa"/>
            <w:shd w:val="clear" w:color="auto" w:fill="F4F7F8"/>
            <w:vAlign w:val="center"/>
          </w:tcPr>
          <w:p w14:paraId="4BA5CBBA" w14:textId="77777777" w:rsidR="009430C1" w:rsidRDefault="00000000">
            <w:pPr>
              <w:spacing w:after="20"/>
            </w:pPr>
            <w:r>
              <w:rPr>
                <w:sz w:val="16"/>
              </w:rPr>
              <w:t>[Név]</w:t>
            </w:r>
          </w:p>
        </w:tc>
        <w:tc>
          <w:tcPr>
            <w:tcW w:w="4032" w:type="dxa"/>
            <w:shd w:val="clear" w:color="auto" w:fill="F4F7F8"/>
            <w:vAlign w:val="center"/>
          </w:tcPr>
          <w:p w14:paraId="32856E25" w14:textId="77777777" w:rsidR="009430C1" w:rsidRDefault="00000000">
            <w:pPr>
              <w:spacing w:after="20"/>
            </w:pPr>
            <w:r>
              <w:rPr>
                <w:sz w:val="16"/>
              </w:rPr>
              <w:t>[Támogatás után, szezon végén]</w:t>
            </w:r>
          </w:p>
        </w:tc>
      </w:tr>
    </w:tbl>
    <w:p w14:paraId="6A2DF14B" w14:textId="77777777" w:rsidR="009430C1" w:rsidRDefault="009430C1">
      <w:pPr>
        <w:spacing w:after="20"/>
      </w:pPr>
    </w:p>
    <w:p w14:paraId="7F8EB1DE" w14:textId="77777777" w:rsidR="009430C1" w:rsidRDefault="00000000">
      <w:r>
        <w:br w:type="page"/>
      </w:r>
    </w:p>
    <w:p w14:paraId="204A99DF" w14:textId="77777777" w:rsidR="009430C1" w:rsidRDefault="00000000" w:rsidP="00072C3B">
      <w:pPr>
        <w:pStyle w:val="Cmsor1"/>
      </w:pPr>
      <w:r>
        <w:lastRenderedPageBreak/>
        <w:t>7. Melléklet: potenciális támogatók listája</w:t>
      </w:r>
    </w:p>
    <w:p w14:paraId="68FDBC2D" w14:textId="77777777" w:rsidR="009430C1" w:rsidRDefault="00000000">
      <w:r>
        <w:t>Először írjatok össze több lehetséges támogatót, majd közös, előre rögzített szempontok alapján rangsoroljátok őket. A pontszám döntést segít, nem helyettesíti a személyes utánajárást és a releváns, egyedi megkeresést.</w:t>
      </w:r>
    </w:p>
    <w:p w14:paraId="69290514" w14:textId="77777777" w:rsidR="009430C1" w:rsidRDefault="00000000" w:rsidP="00072C3B">
      <w:pPr>
        <w:pStyle w:val="Cmsor2"/>
      </w:pPr>
      <w:r>
        <w:t>Javasolt súlyozás (összesen 100%)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936"/>
        <w:gridCol w:w="6120"/>
      </w:tblGrid>
      <w:tr w:rsidR="009430C1" w14:paraId="6A573CDF" w14:textId="77777777">
        <w:trPr>
          <w:tblHeader/>
          <w:jc w:val="center"/>
        </w:trPr>
        <w:tc>
          <w:tcPr>
            <w:tcW w:w="3024" w:type="dxa"/>
            <w:shd w:val="clear" w:color="auto" w:fill="163B5C"/>
            <w:vAlign w:val="center"/>
          </w:tcPr>
          <w:p w14:paraId="65B4BE55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Szempont</w:t>
            </w:r>
          </w:p>
        </w:tc>
        <w:tc>
          <w:tcPr>
            <w:tcW w:w="936" w:type="dxa"/>
            <w:shd w:val="clear" w:color="auto" w:fill="163B5C"/>
            <w:vAlign w:val="center"/>
          </w:tcPr>
          <w:p w14:paraId="61F6BC90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Súly</w:t>
            </w:r>
          </w:p>
        </w:tc>
        <w:tc>
          <w:tcPr>
            <w:tcW w:w="6120" w:type="dxa"/>
            <w:shd w:val="clear" w:color="auto" w:fill="163B5C"/>
            <w:vAlign w:val="center"/>
          </w:tcPr>
          <w:p w14:paraId="51ACB98D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5"/>
              </w:rPr>
              <w:t>Mit vizsgáljunk?</w:t>
            </w:r>
          </w:p>
        </w:tc>
      </w:tr>
      <w:tr w:rsidR="009430C1" w14:paraId="7D48D7DB" w14:textId="77777777">
        <w:trPr>
          <w:jc w:val="center"/>
        </w:trPr>
        <w:tc>
          <w:tcPr>
            <w:tcW w:w="3024" w:type="dxa"/>
            <w:vAlign w:val="center"/>
          </w:tcPr>
          <w:p w14:paraId="2FC7315F" w14:textId="77777777" w:rsidR="009430C1" w:rsidRDefault="00000000">
            <w:pPr>
              <w:spacing w:after="20"/>
            </w:pPr>
            <w:r>
              <w:rPr>
                <w:sz w:val="15"/>
              </w:rPr>
              <w:t>Kapcsolódás a célhoz</w:t>
            </w:r>
          </w:p>
        </w:tc>
        <w:tc>
          <w:tcPr>
            <w:tcW w:w="936" w:type="dxa"/>
            <w:vAlign w:val="center"/>
          </w:tcPr>
          <w:p w14:paraId="07BDD4BE" w14:textId="77777777" w:rsidR="009430C1" w:rsidRDefault="00000000">
            <w:pPr>
              <w:spacing w:after="20"/>
            </w:pPr>
            <w:r>
              <w:rPr>
                <w:sz w:val="15"/>
              </w:rPr>
              <w:t>25%</w:t>
            </w:r>
          </w:p>
        </w:tc>
        <w:tc>
          <w:tcPr>
            <w:tcW w:w="6120" w:type="dxa"/>
            <w:vAlign w:val="center"/>
          </w:tcPr>
          <w:p w14:paraId="18973E97" w14:textId="77777777" w:rsidR="009430C1" w:rsidRDefault="00000000">
            <w:pPr>
              <w:spacing w:after="20"/>
            </w:pPr>
            <w:r>
              <w:rPr>
                <w:sz w:val="15"/>
              </w:rPr>
              <w:t>[Érdekli-e a STEM, oktatás, fiatalok vagy a csapat témája?]</w:t>
            </w:r>
          </w:p>
        </w:tc>
      </w:tr>
      <w:tr w:rsidR="009430C1" w14:paraId="395447AD" w14:textId="77777777">
        <w:trPr>
          <w:jc w:val="center"/>
        </w:trPr>
        <w:tc>
          <w:tcPr>
            <w:tcW w:w="3024" w:type="dxa"/>
            <w:shd w:val="clear" w:color="auto" w:fill="F4F7F8"/>
            <w:vAlign w:val="center"/>
          </w:tcPr>
          <w:p w14:paraId="6E8DE4D1" w14:textId="77777777" w:rsidR="009430C1" w:rsidRDefault="00000000">
            <w:pPr>
              <w:spacing w:after="20"/>
            </w:pPr>
            <w:r>
              <w:rPr>
                <w:sz w:val="15"/>
              </w:rPr>
              <w:t>Helyi / közösségi kapcsolat</w:t>
            </w:r>
          </w:p>
        </w:tc>
        <w:tc>
          <w:tcPr>
            <w:tcW w:w="936" w:type="dxa"/>
            <w:shd w:val="clear" w:color="auto" w:fill="F4F7F8"/>
            <w:vAlign w:val="center"/>
          </w:tcPr>
          <w:p w14:paraId="5490144B" w14:textId="77777777" w:rsidR="009430C1" w:rsidRDefault="00000000">
            <w:pPr>
              <w:spacing w:after="20"/>
            </w:pPr>
            <w:r>
              <w:rPr>
                <w:sz w:val="15"/>
              </w:rPr>
              <w:t>20%</w:t>
            </w:r>
          </w:p>
        </w:tc>
        <w:tc>
          <w:tcPr>
            <w:tcW w:w="6120" w:type="dxa"/>
            <w:shd w:val="clear" w:color="auto" w:fill="F4F7F8"/>
            <w:vAlign w:val="center"/>
          </w:tcPr>
          <w:p w14:paraId="36677084" w14:textId="77777777" w:rsidR="009430C1" w:rsidRDefault="00000000">
            <w:pPr>
              <w:spacing w:after="20"/>
            </w:pPr>
            <w:r>
              <w:rPr>
                <w:sz w:val="15"/>
              </w:rPr>
              <w:t>[Van-e helyi jelenlét vagy közös közösségi érdek?]</w:t>
            </w:r>
          </w:p>
        </w:tc>
      </w:tr>
      <w:tr w:rsidR="009430C1" w14:paraId="0327EF6F" w14:textId="77777777">
        <w:trPr>
          <w:jc w:val="center"/>
        </w:trPr>
        <w:tc>
          <w:tcPr>
            <w:tcW w:w="3024" w:type="dxa"/>
            <w:vAlign w:val="center"/>
          </w:tcPr>
          <w:p w14:paraId="714E9BE0" w14:textId="77777777" w:rsidR="009430C1" w:rsidRDefault="00000000">
            <w:pPr>
              <w:spacing w:after="20"/>
            </w:pPr>
            <w:r>
              <w:rPr>
                <w:sz w:val="15"/>
              </w:rPr>
              <w:t>Elérhetőség és ajánló</w:t>
            </w:r>
          </w:p>
        </w:tc>
        <w:tc>
          <w:tcPr>
            <w:tcW w:w="936" w:type="dxa"/>
            <w:vAlign w:val="center"/>
          </w:tcPr>
          <w:p w14:paraId="6FBECD05" w14:textId="77777777" w:rsidR="009430C1" w:rsidRDefault="00000000">
            <w:pPr>
              <w:spacing w:after="20"/>
            </w:pPr>
            <w:r>
              <w:rPr>
                <w:sz w:val="15"/>
              </w:rPr>
              <w:t>20%</w:t>
            </w:r>
          </w:p>
        </w:tc>
        <w:tc>
          <w:tcPr>
            <w:tcW w:w="6120" w:type="dxa"/>
            <w:vAlign w:val="center"/>
          </w:tcPr>
          <w:p w14:paraId="05CC2158" w14:textId="77777777" w:rsidR="009430C1" w:rsidRDefault="00000000">
            <w:pPr>
              <w:spacing w:after="20"/>
            </w:pPr>
            <w:r>
              <w:rPr>
                <w:sz w:val="15"/>
              </w:rPr>
              <w:t>[Van-e név szerinti kapcsolattartó vagy bemutató személy?]</w:t>
            </w:r>
          </w:p>
        </w:tc>
      </w:tr>
      <w:tr w:rsidR="009430C1" w14:paraId="678B23DD" w14:textId="77777777">
        <w:trPr>
          <w:jc w:val="center"/>
        </w:trPr>
        <w:tc>
          <w:tcPr>
            <w:tcW w:w="3024" w:type="dxa"/>
            <w:shd w:val="clear" w:color="auto" w:fill="F4F7F8"/>
            <w:vAlign w:val="center"/>
          </w:tcPr>
          <w:p w14:paraId="2E192D39" w14:textId="77777777" w:rsidR="009430C1" w:rsidRDefault="00000000">
            <w:pPr>
              <w:spacing w:after="20"/>
            </w:pPr>
            <w:r>
              <w:rPr>
                <w:sz w:val="15"/>
              </w:rPr>
              <w:t>A kért segítség illeszkedése</w:t>
            </w:r>
          </w:p>
        </w:tc>
        <w:tc>
          <w:tcPr>
            <w:tcW w:w="936" w:type="dxa"/>
            <w:shd w:val="clear" w:color="auto" w:fill="F4F7F8"/>
            <w:vAlign w:val="center"/>
          </w:tcPr>
          <w:p w14:paraId="16E8AA85" w14:textId="77777777" w:rsidR="009430C1" w:rsidRDefault="00000000">
            <w:pPr>
              <w:spacing w:after="20"/>
            </w:pPr>
            <w:r>
              <w:rPr>
                <w:sz w:val="15"/>
              </w:rPr>
              <w:t>15%</w:t>
            </w:r>
          </w:p>
        </w:tc>
        <w:tc>
          <w:tcPr>
            <w:tcW w:w="6120" w:type="dxa"/>
            <w:shd w:val="clear" w:color="auto" w:fill="F4F7F8"/>
            <w:vAlign w:val="center"/>
          </w:tcPr>
          <w:p w14:paraId="76E26D61" w14:textId="77777777" w:rsidR="009430C1" w:rsidRDefault="00000000">
            <w:pPr>
              <w:spacing w:after="20"/>
            </w:pPr>
            <w:r>
              <w:rPr>
                <w:sz w:val="15"/>
              </w:rPr>
              <w:t>[Tud-e pénzt, eszközt, szolgáltatást vagy szakértelmet adni?]</w:t>
            </w:r>
          </w:p>
        </w:tc>
      </w:tr>
      <w:tr w:rsidR="009430C1" w14:paraId="46EF8071" w14:textId="77777777">
        <w:trPr>
          <w:jc w:val="center"/>
        </w:trPr>
        <w:tc>
          <w:tcPr>
            <w:tcW w:w="3024" w:type="dxa"/>
            <w:vAlign w:val="center"/>
          </w:tcPr>
          <w:p w14:paraId="5FEBB86A" w14:textId="77777777" w:rsidR="009430C1" w:rsidRDefault="00000000">
            <w:pPr>
              <w:spacing w:after="20"/>
            </w:pPr>
            <w:r>
              <w:rPr>
                <w:sz w:val="15"/>
              </w:rPr>
              <w:t>Időzítés és reális esély</w:t>
            </w:r>
          </w:p>
        </w:tc>
        <w:tc>
          <w:tcPr>
            <w:tcW w:w="936" w:type="dxa"/>
            <w:vAlign w:val="center"/>
          </w:tcPr>
          <w:p w14:paraId="710EA042" w14:textId="77777777" w:rsidR="009430C1" w:rsidRDefault="00000000">
            <w:pPr>
              <w:spacing w:after="20"/>
            </w:pPr>
            <w:r>
              <w:rPr>
                <w:sz w:val="15"/>
              </w:rPr>
              <w:t>10%</w:t>
            </w:r>
          </w:p>
        </w:tc>
        <w:tc>
          <w:tcPr>
            <w:tcW w:w="6120" w:type="dxa"/>
            <w:vAlign w:val="center"/>
          </w:tcPr>
          <w:p w14:paraId="5926F771" w14:textId="77777777" w:rsidR="009430C1" w:rsidRDefault="00000000">
            <w:pPr>
              <w:spacing w:after="20"/>
            </w:pPr>
            <w:r>
              <w:rPr>
                <w:sz w:val="15"/>
              </w:rPr>
              <w:t>[Van-e ideje dönteni, belefér-e a kampány határidejébe?]</w:t>
            </w:r>
          </w:p>
        </w:tc>
      </w:tr>
      <w:tr w:rsidR="009430C1" w14:paraId="058BE4BD" w14:textId="77777777">
        <w:trPr>
          <w:jc w:val="center"/>
        </w:trPr>
        <w:tc>
          <w:tcPr>
            <w:tcW w:w="3024" w:type="dxa"/>
            <w:shd w:val="clear" w:color="auto" w:fill="F4F7F8"/>
            <w:vAlign w:val="center"/>
          </w:tcPr>
          <w:p w14:paraId="6D1F5972" w14:textId="77777777" w:rsidR="009430C1" w:rsidRDefault="00000000">
            <w:pPr>
              <w:spacing w:after="20"/>
            </w:pPr>
            <w:r>
              <w:rPr>
                <w:sz w:val="15"/>
              </w:rPr>
              <w:t>Kölcsönös érték / megjelenés illeszkedése</w:t>
            </w:r>
          </w:p>
        </w:tc>
        <w:tc>
          <w:tcPr>
            <w:tcW w:w="936" w:type="dxa"/>
            <w:shd w:val="clear" w:color="auto" w:fill="F4F7F8"/>
            <w:vAlign w:val="center"/>
          </w:tcPr>
          <w:p w14:paraId="66B767EB" w14:textId="77777777" w:rsidR="009430C1" w:rsidRDefault="00000000">
            <w:pPr>
              <w:spacing w:after="20"/>
            </w:pPr>
            <w:r>
              <w:rPr>
                <w:sz w:val="15"/>
              </w:rPr>
              <w:t>10%</w:t>
            </w:r>
          </w:p>
        </w:tc>
        <w:tc>
          <w:tcPr>
            <w:tcW w:w="6120" w:type="dxa"/>
            <w:shd w:val="clear" w:color="auto" w:fill="F4F7F8"/>
            <w:vAlign w:val="center"/>
          </w:tcPr>
          <w:p w14:paraId="251A85CE" w14:textId="77777777" w:rsidR="009430C1" w:rsidRDefault="00000000">
            <w:pPr>
              <w:spacing w:after="20"/>
            </w:pPr>
            <w:r>
              <w:rPr>
                <w:sz w:val="15"/>
              </w:rPr>
              <w:t>[Tudtok-e hiteles, teljesíthető együttműködést kínálni?]</w:t>
            </w:r>
          </w:p>
        </w:tc>
      </w:tr>
    </w:tbl>
    <w:p w14:paraId="62D2E346" w14:textId="77777777" w:rsidR="009430C1" w:rsidRDefault="009430C1">
      <w:pPr>
        <w:spacing w:after="20"/>
      </w:pPr>
    </w:p>
    <w:p w14:paraId="4F65F29C" w14:textId="77777777" w:rsidR="009430C1" w:rsidRDefault="00000000">
      <w:r>
        <w:t>Pontozás: minden szempont 1–5 pontot kap. Súlyozott pont = pontszám ÷ 5 × súly. Példa: 4 pont a 25%-os szempontban = 20 pont. A végső maximum 100 pont.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2304"/>
        <w:gridCol w:w="2016"/>
        <w:gridCol w:w="936"/>
        <w:gridCol w:w="2736"/>
      </w:tblGrid>
      <w:tr w:rsidR="009430C1" w14:paraId="66CBB1C9" w14:textId="77777777">
        <w:trPr>
          <w:tblHeader/>
          <w:jc w:val="center"/>
        </w:trPr>
        <w:tc>
          <w:tcPr>
            <w:tcW w:w="2088" w:type="dxa"/>
            <w:shd w:val="clear" w:color="auto" w:fill="163B5C"/>
            <w:vAlign w:val="center"/>
          </w:tcPr>
          <w:p w14:paraId="15192005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Lehetséges támogató</w:t>
            </w:r>
          </w:p>
        </w:tc>
        <w:tc>
          <w:tcPr>
            <w:tcW w:w="2304" w:type="dxa"/>
            <w:shd w:val="clear" w:color="auto" w:fill="163B5C"/>
            <w:vAlign w:val="center"/>
          </w:tcPr>
          <w:p w14:paraId="7FEE0F05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Kapcsolódás / ajánló</w:t>
            </w:r>
          </w:p>
        </w:tc>
        <w:tc>
          <w:tcPr>
            <w:tcW w:w="2016" w:type="dxa"/>
            <w:shd w:val="clear" w:color="auto" w:fill="163B5C"/>
            <w:vAlign w:val="center"/>
          </w:tcPr>
          <w:p w14:paraId="6AC31D4A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Kérhető segítség</w:t>
            </w:r>
          </w:p>
        </w:tc>
        <w:tc>
          <w:tcPr>
            <w:tcW w:w="936" w:type="dxa"/>
            <w:shd w:val="clear" w:color="auto" w:fill="163B5C"/>
            <w:vAlign w:val="center"/>
          </w:tcPr>
          <w:p w14:paraId="5A477E11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Pont / 100</w:t>
            </w:r>
          </w:p>
        </w:tc>
        <w:tc>
          <w:tcPr>
            <w:tcW w:w="2736" w:type="dxa"/>
            <w:shd w:val="clear" w:color="auto" w:fill="163B5C"/>
            <w:vAlign w:val="center"/>
          </w:tcPr>
          <w:p w14:paraId="03BC3862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Következő lépés, felelős, dátum</w:t>
            </w:r>
          </w:p>
        </w:tc>
      </w:tr>
      <w:tr w:rsidR="009430C1" w14:paraId="4481965E" w14:textId="77777777">
        <w:trPr>
          <w:jc w:val="center"/>
        </w:trPr>
        <w:tc>
          <w:tcPr>
            <w:tcW w:w="2088" w:type="dxa"/>
            <w:vAlign w:val="center"/>
          </w:tcPr>
          <w:p w14:paraId="2F704FFA" w14:textId="77777777" w:rsidR="009430C1" w:rsidRDefault="00000000">
            <w:pPr>
              <w:spacing w:after="20"/>
            </w:pPr>
            <w:r>
              <w:rPr>
                <w:sz w:val="14"/>
              </w:rPr>
              <w:t>[Szervezet / vállalkozás]</w:t>
            </w:r>
          </w:p>
        </w:tc>
        <w:tc>
          <w:tcPr>
            <w:tcW w:w="2304" w:type="dxa"/>
            <w:vAlign w:val="center"/>
          </w:tcPr>
          <w:p w14:paraId="02B8E924" w14:textId="77777777" w:rsidR="009430C1" w:rsidRDefault="00000000">
            <w:pPr>
              <w:spacing w:after="20"/>
            </w:pPr>
            <w:r>
              <w:rPr>
                <w:sz w:val="14"/>
              </w:rPr>
              <w:t>[Miért releváns? Ki ismer kit?]</w:t>
            </w:r>
          </w:p>
        </w:tc>
        <w:tc>
          <w:tcPr>
            <w:tcW w:w="2016" w:type="dxa"/>
            <w:vAlign w:val="center"/>
          </w:tcPr>
          <w:p w14:paraId="0AD4A9DA" w14:textId="77777777" w:rsidR="009430C1" w:rsidRDefault="00000000">
            <w:pPr>
              <w:spacing w:after="20"/>
            </w:pPr>
            <w:r>
              <w:rPr>
                <w:sz w:val="14"/>
              </w:rPr>
              <w:t>[Pénz / eszköz / mentor]</w:t>
            </w:r>
          </w:p>
        </w:tc>
        <w:tc>
          <w:tcPr>
            <w:tcW w:w="936" w:type="dxa"/>
            <w:vAlign w:val="center"/>
          </w:tcPr>
          <w:p w14:paraId="1B84C446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  <w:tc>
          <w:tcPr>
            <w:tcW w:w="2736" w:type="dxa"/>
            <w:vAlign w:val="center"/>
          </w:tcPr>
          <w:p w14:paraId="4F6A851D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</w:tr>
      <w:tr w:rsidR="009430C1" w14:paraId="5D56453A" w14:textId="77777777">
        <w:trPr>
          <w:jc w:val="center"/>
        </w:trPr>
        <w:tc>
          <w:tcPr>
            <w:tcW w:w="2088" w:type="dxa"/>
            <w:shd w:val="clear" w:color="auto" w:fill="F4F7F8"/>
            <w:vAlign w:val="center"/>
          </w:tcPr>
          <w:p w14:paraId="3A727ACD" w14:textId="77777777" w:rsidR="009430C1" w:rsidRDefault="00000000">
            <w:pPr>
              <w:spacing w:after="20"/>
            </w:pPr>
            <w:r>
              <w:rPr>
                <w:sz w:val="14"/>
              </w:rPr>
              <w:t>[Szervezet / vállalkozás]</w:t>
            </w:r>
          </w:p>
        </w:tc>
        <w:tc>
          <w:tcPr>
            <w:tcW w:w="2304" w:type="dxa"/>
            <w:shd w:val="clear" w:color="auto" w:fill="F4F7F8"/>
            <w:vAlign w:val="center"/>
          </w:tcPr>
          <w:p w14:paraId="54DDDE77" w14:textId="77777777" w:rsidR="009430C1" w:rsidRDefault="00000000">
            <w:pPr>
              <w:spacing w:after="20"/>
            </w:pPr>
            <w:r>
              <w:rPr>
                <w:sz w:val="14"/>
              </w:rPr>
              <w:t>[Kapcsolódás]</w:t>
            </w:r>
          </w:p>
        </w:tc>
        <w:tc>
          <w:tcPr>
            <w:tcW w:w="2016" w:type="dxa"/>
            <w:shd w:val="clear" w:color="auto" w:fill="F4F7F8"/>
            <w:vAlign w:val="center"/>
          </w:tcPr>
          <w:p w14:paraId="5EAC6CD2" w14:textId="77777777" w:rsidR="009430C1" w:rsidRDefault="00000000">
            <w:pPr>
              <w:spacing w:after="20"/>
            </w:pPr>
            <w:r>
              <w:rPr>
                <w:sz w:val="14"/>
              </w:rPr>
              <w:t>[Segítség]</w:t>
            </w:r>
          </w:p>
        </w:tc>
        <w:tc>
          <w:tcPr>
            <w:tcW w:w="936" w:type="dxa"/>
            <w:shd w:val="clear" w:color="auto" w:fill="F4F7F8"/>
            <w:vAlign w:val="center"/>
          </w:tcPr>
          <w:p w14:paraId="17D79C38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  <w:tc>
          <w:tcPr>
            <w:tcW w:w="2736" w:type="dxa"/>
            <w:shd w:val="clear" w:color="auto" w:fill="F4F7F8"/>
            <w:vAlign w:val="center"/>
          </w:tcPr>
          <w:p w14:paraId="4590C159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</w:tr>
      <w:tr w:rsidR="009430C1" w14:paraId="1938C12C" w14:textId="77777777">
        <w:trPr>
          <w:jc w:val="center"/>
        </w:trPr>
        <w:tc>
          <w:tcPr>
            <w:tcW w:w="2088" w:type="dxa"/>
            <w:vAlign w:val="center"/>
          </w:tcPr>
          <w:p w14:paraId="51AAB05D" w14:textId="77777777" w:rsidR="009430C1" w:rsidRDefault="00000000">
            <w:pPr>
              <w:spacing w:after="20"/>
            </w:pPr>
            <w:r>
              <w:rPr>
                <w:sz w:val="14"/>
              </w:rPr>
              <w:t>[Szervezet / vállalkozás]</w:t>
            </w:r>
          </w:p>
        </w:tc>
        <w:tc>
          <w:tcPr>
            <w:tcW w:w="2304" w:type="dxa"/>
            <w:vAlign w:val="center"/>
          </w:tcPr>
          <w:p w14:paraId="1C3CC803" w14:textId="77777777" w:rsidR="009430C1" w:rsidRDefault="00000000">
            <w:pPr>
              <w:spacing w:after="20"/>
            </w:pPr>
            <w:r>
              <w:rPr>
                <w:sz w:val="14"/>
              </w:rPr>
              <w:t>[Kapcsolódás]</w:t>
            </w:r>
          </w:p>
        </w:tc>
        <w:tc>
          <w:tcPr>
            <w:tcW w:w="2016" w:type="dxa"/>
            <w:vAlign w:val="center"/>
          </w:tcPr>
          <w:p w14:paraId="62D1E7F7" w14:textId="77777777" w:rsidR="009430C1" w:rsidRDefault="00000000">
            <w:pPr>
              <w:spacing w:after="20"/>
            </w:pPr>
            <w:r>
              <w:rPr>
                <w:sz w:val="14"/>
              </w:rPr>
              <w:t>[Segítség]</w:t>
            </w:r>
          </w:p>
        </w:tc>
        <w:tc>
          <w:tcPr>
            <w:tcW w:w="936" w:type="dxa"/>
            <w:vAlign w:val="center"/>
          </w:tcPr>
          <w:p w14:paraId="29BCD682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  <w:tc>
          <w:tcPr>
            <w:tcW w:w="2736" w:type="dxa"/>
            <w:vAlign w:val="center"/>
          </w:tcPr>
          <w:p w14:paraId="4C7E02A8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</w:tr>
      <w:tr w:rsidR="009430C1" w14:paraId="13410EA5" w14:textId="77777777">
        <w:trPr>
          <w:jc w:val="center"/>
        </w:trPr>
        <w:tc>
          <w:tcPr>
            <w:tcW w:w="2088" w:type="dxa"/>
            <w:shd w:val="clear" w:color="auto" w:fill="F4F7F8"/>
            <w:vAlign w:val="center"/>
          </w:tcPr>
          <w:p w14:paraId="31577C2B" w14:textId="77777777" w:rsidR="009430C1" w:rsidRDefault="00000000">
            <w:pPr>
              <w:spacing w:after="20"/>
            </w:pPr>
            <w:r>
              <w:rPr>
                <w:sz w:val="14"/>
              </w:rPr>
              <w:t>[Szervezet / vállalkozás]</w:t>
            </w:r>
          </w:p>
        </w:tc>
        <w:tc>
          <w:tcPr>
            <w:tcW w:w="2304" w:type="dxa"/>
            <w:shd w:val="clear" w:color="auto" w:fill="F4F7F8"/>
            <w:vAlign w:val="center"/>
          </w:tcPr>
          <w:p w14:paraId="04434688" w14:textId="77777777" w:rsidR="009430C1" w:rsidRDefault="00000000">
            <w:pPr>
              <w:spacing w:after="20"/>
            </w:pPr>
            <w:r>
              <w:rPr>
                <w:sz w:val="14"/>
              </w:rPr>
              <w:t>[Kapcsolódás]</w:t>
            </w:r>
          </w:p>
        </w:tc>
        <w:tc>
          <w:tcPr>
            <w:tcW w:w="2016" w:type="dxa"/>
            <w:shd w:val="clear" w:color="auto" w:fill="F4F7F8"/>
            <w:vAlign w:val="center"/>
          </w:tcPr>
          <w:p w14:paraId="23F578C5" w14:textId="77777777" w:rsidR="009430C1" w:rsidRDefault="00000000">
            <w:pPr>
              <w:spacing w:after="20"/>
            </w:pPr>
            <w:r>
              <w:rPr>
                <w:sz w:val="14"/>
              </w:rPr>
              <w:t>[Segítség]</w:t>
            </w:r>
          </w:p>
        </w:tc>
        <w:tc>
          <w:tcPr>
            <w:tcW w:w="936" w:type="dxa"/>
            <w:shd w:val="clear" w:color="auto" w:fill="F4F7F8"/>
            <w:vAlign w:val="center"/>
          </w:tcPr>
          <w:p w14:paraId="1B26DB3C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  <w:tc>
          <w:tcPr>
            <w:tcW w:w="2736" w:type="dxa"/>
            <w:shd w:val="clear" w:color="auto" w:fill="F4F7F8"/>
            <w:vAlign w:val="center"/>
          </w:tcPr>
          <w:p w14:paraId="3CB55315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</w:tr>
      <w:tr w:rsidR="009430C1" w14:paraId="350298D9" w14:textId="77777777">
        <w:trPr>
          <w:jc w:val="center"/>
        </w:trPr>
        <w:tc>
          <w:tcPr>
            <w:tcW w:w="2088" w:type="dxa"/>
            <w:vAlign w:val="center"/>
          </w:tcPr>
          <w:p w14:paraId="41DB8464" w14:textId="77777777" w:rsidR="009430C1" w:rsidRDefault="00000000">
            <w:pPr>
              <w:spacing w:after="20"/>
            </w:pPr>
            <w:r>
              <w:rPr>
                <w:sz w:val="14"/>
              </w:rPr>
              <w:t>[Szervezet / vállalkozás]</w:t>
            </w:r>
          </w:p>
        </w:tc>
        <w:tc>
          <w:tcPr>
            <w:tcW w:w="2304" w:type="dxa"/>
            <w:vAlign w:val="center"/>
          </w:tcPr>
          <w:p w14:paraId="1D72CFDD" w14:textId="77777777" w:rsidR="009430C1" w:rsidRDefault="00000000">
            <w:pPr>
              <w:spacing w:after="20"/>
            </w:pPr>
            <w:r>
              <w:rPr>
                <w:sz w:val="14"/>
              </w:rPr>
              <w:t>[Kapcsolódás]</w:t>
            </w:r>
          </w:p>
        </w:tc>
        <w:tc>
          <w:tcPr>
            <w:tcW w:w="2016" w:type="dxa"/>
            <w:vAlign w:val="center"/>
          </w:tcPr>
          <w:p w14:paraId="589D1B77" w14:textId="77777777" w:rsidR="009430C1" w:rsidRDefault="00000000">
            <w:pPr>
              <w:spacing w:after="20"/>
            </w:pPr>
            <w:r>
              <w:rPr>
                <w:sz w:val="14"/>
              </w:rPr>
              <w:t>[Segítség]</w:t>
            </w:r>
          </w:p>
        </w:tc>
        <w:tc>
          <w:tcPr>
            <w:tcW w:w="936" w:type="dxa"/>
            <w:vAlign w:val="center"/>
          </w:tcPr>
          <w:p w14:paraId="1E337754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  <w:tc>
          <w:tcPr>
            <w:tcW w:w="2736" w:type="dxa"/>
            <w:vAlign w:val="center"/>
          </w:tcPr>
          <w:p w14:paraId="377595DA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</w:tr>
      <w:tr w:rsidR="009430C1" w14:paraId="506853CF" w14:textId="77777777">
        <w:trPr>
          <w:jc w:val="center"/>
        </w:trPr>
        <w:tc>
          <w:tcPr>
            <w:tcW w:w="2088" w:type="dxa"/>
            <w:shd w:val="clear" w:color="auto" w:fill="F4F7F8"/>
            <w:vAlign w:val="center"/>
          </w:tcPr>
          <w:p w14:paraId="3FAE8FB4" w14:textId="77777777" w:rsidR="009430C1" w:rsidRDefault="00000000">
            <w:pPr>
              <w:spacing w:after="20"/>
            </w:pPr>
            <w:r>
              <w:rPr>
                <w:sz w:val="14"/>
              </w:rPr>
              <w:t>[Szervezet / vállalkozás]</w:t>
            </w:r>
          </w:p>
        </w:tc>
        <w:tc>
          <w:tcPr>
            <w:tcW w:w="2304" w:type="dxa"/>
            <w:shd w:val="clear" w:color="auto" w:fill="F4F7F8"/>
            <w:vAlign w:val="center"/>
          </w:tcPr>
          <w:p w14:paraId="26CBC22F" w14:textId="77777777" w:rsidR="009430C1" w:rsidRDefault="00000000">
            <w:pPr>
              <w:spacing w:after="20"/>
            </w:pPr>
            <w:r>
              <w:rPr>
                <w:sz w:val="14"/>
              </w:rPr>
              <w:t>[Kapcsolódás]</w:t>
            </w:r>
          </w:p>
        </w:tc>
        <w:tc>
          <w:tcPr>
            <w:tcW w:w="2016" w:type="dxa"/>
            <w:shd w:val="clear" w:color="auto" w:fill="F4F7F8"/>
            <w:vAlign w:val="center"/>
          </w:tcPr>
          <w:p w14:paraId="71E55E16" w14:textId="77777777" w:rsidR="009430C1" w:rsidRDefault="00000000">
            <w:pPr>
              <w:spacing w:after="20"/>
            </w:pPr>
            <w:r>
              <w:rPr>
                <w:sz w:val="14"/>
              </w:rPr>
              <w:t>[Segítség]</w:t>
            </w:r>
          </w:p>
        </w:tc>
        <w:tc>
          <w:tcPr>
            <w:tcW w:w="936" w:type="dxa"/>
            <w:shd w:val="clear" w:color="auto" w:fill="F4F7F8"/>
            <w:vAlign w:val="center"/>
          </w:tcPr>
          <w:p w14:paraId="07576A1B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  <w:tc>
          <w:tcPr>
            <w:tcW w:w="2736" w:type="dxa"/>
            <w:shd w:val="clear" w:color="auto" w:fill="F4F7F8"/>
            <w:vAlign w:val="center"/>
          </w:tcPr>
          <w:p w14:paraId="3F8E47E1" w14:textId="77777777" w:rsidR="009430C1" w:rsidRDefault="00000000">
            <w:pPr>
              <w:spacing w:after="20"/>
            </w:pPr>
            <w:r>
              <w:rPr>
                <w:sz w:val="14"/>
              </w:rPr>
              <w:t>[ ]</w:t>
            </w:r>
          </w:p>
        </w:tc>
      </w:tr>
    </w:tbl>
    <w:p w14:paraId="4D641A91" w14:textId="77777777" w:rsidR="009430C1" w:rsidRDefault="009430C1">
      <w:pPr>
        <w:spacing w:after="20"/>
      </w:pPr>
    </w:p>
    <w:p w14:paraId="145C1BDF" w14:textId="77777777" w:rsidR="009430C1" w:rsidRDefault="00000000">
      <w:r>
        <w:br w:type="page"/>
      </w:r>
    </w:p>
    <w:p w14:paraId="2CA602C5" w14:textId="77777777" w:rsidR="009430C1" w:rsidRDefault="00000000" w:rsidP="00072C3B">
      <w:pPr>
        <w:pStyle w:val="Cmsor1"/>
      </w:pPr>
      <w:r>
        <w:lastRenderedPageBreak/>
        <w:t>8. Melléklet: megkeresési folyamat és szövegminták</w:t>
      </w:r>
    </w:p>
    <w:p w14:paraId="77C5015A" w14:textId="77777777" w:rsidR="009430C1" w:rsidRDefault="00000000">
      <w:r>
        <w:t>A folyamatot minden támogatónál vezessétek végig, és rögzítsétek, ki, mikor és milyen következő lépést vállalt. A mintákat mindig személyre szabjátok.</w:t>
      </w:r>
    </w:p>
    <w:p w14:paraId="5BD1C5F7" w14:textId="77777777" w:rsidR="009430C1" w:rsidRDefault="00000000" w:rsidP="00072C3B">
      <w:pPr>
        <w:pStyle w:val="Cmsor2"/>
      </w:pPr>
      <w:r>
        <w:t>Megkeresési folyamat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5112"/>
        <w:gridCol w:w="3528"/>
      </w:tblGrid>
      <w:tr w:rsidR="009430C1" w14:paraId="653F4585" w14:textId="77777777">
        <w:trPr>
          <w:tblHeader/>
          <w:jc w:val="center"/>
        </w:trPr>
        <w:tc>
          <w:tcPr>
            <w:tcW w:w="1440" w:type="dxa"/>
            <w:shd w:val="clear" w:color="auto" w:fill="163B5C"/>
            <w:vAlign w:val="center"/>
          </w:tcPr>
          <w:p w14:paraId="19A480B4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Lépés</w:t>
            </w:r>
          </w:p>
        </w:tc>
        <w:tc>
          <w:tcPr>
            <w:tcW w:w="5112" w:type="dxa"/>
            <w:shd w:val="clear" w:color="auto" w:fill="163B5C"/>
            <w:vAlign w:val="center"/>
          </w:tcPr>
          <w:p w14:paraId="56EA496A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Mit teszünk?</w:t>
            </w:r>
          </w:p>
        </w:tc>
        <w:tc>
          <w:tcPr>
            <w:tcW w:w="3528" w:type="dxa"/>
            <w:shd w:val="clear" w:color="auto" w:fill="163B5C"/>
            <w:vAlign w:val="center"/>
          </w:tcPr>
          <w:p w14:paraId="750F410B" w14:textId="77777777" w:rsidR="009430C1" w:rsidRDefault="00000000">
            <w:pPr>
              <w:spacing w:after="20"/>
            </w:pPr>
            <w:r>
              <w:rPr>
                <w:b/>
                <w:color w:val="FFFFFF"/>
                <w:sz w:val="14"/>
              </w:rPr>
              <w:t>Döntési pont / következő lépés</w:t>
            </w:r>
          </w:p>
        </w:tc>
      </w:tr>
      <w:tr w:rsidR="009430C1" w14:paraId="58F6652E" w14:textId="77777777">
        <w:trPr>
          <w:jc w:val="center"/>
        </w:trPr>
        <w:tc>
          <w:tcPr>
            <w:tcW w:w="1440" w:type="dxa"/>
            <w:vAlign w:val="center"/>
          </w:tcPr>
          <w:p w14:paraId="475AE957" w14:textId="77777777" w:rsidR="009430C1" w:rsidRDefault="00000000">
            <w:pPr>
              <w:spacing w:after="20"/>
            </w:pPr>
            <w:r>
              <w:rPr>
                <w:sz w:val="14"/>
              </w:rPr>
              <w:t>1. Kiválasztás</w:t>
            </w:r>
          </w:p>
        </w:tc>
        <w:tc>
          <w:tcPr>
            <w:tcW w:w="5112" w:type="dxa"/>
            <w:vAlign w:val="center"/>
          </w:tcPr>
          <w:p w14:paraId="05B68946" w14:textId="77777777" w:rsidR="009430C1" w:rsidRDefault="00000000">
            <w:pPr>
              <w:spacing w:after="20"/>
            </w:pPr>
            <w:r>
              <w:rPr>
                <w:sz w:val="14"/>
              </w:rPr>
              <w:t>Ellenőrizzük a támogató céljait, helyi kapcsolódását és a kért segítség illeszkedését.</w:t>
            </w:r>
          </w:p>
        </w:tc>
        <w:tc>
          <w:tcPr>
            <w:tcW w:w="3528" w:type="dxa"/>
            <w:vAlign w:val="center"/>
          </w:tcPr>
          <w:p w14:paraId="46BCEDAA" w14:textId="77777777" w:rsidR="009430C1" w:rsidRDefault="00000000">
            <w:pPr>
              <w:spacing w:after="20"/>
            </w:pPr>
            <w:r>
              <w:rPr>
                <w:sz w:val="14"/>
              </w:rPr>
              <w:t>Ha nincs valódi kapcsolódás, keresünk relevánsabb jelöltet.</w:t>
            </w:r>
          </w:p>
        </w:tc>
      </w:tr>
      <w:tr w:rsidR="009430C1" w14:paraId="0EA6FCE6" w14:textId="77777777">
        <w:trPr>
          <w:jc w:val="center"/>
        </w:trPr>
        <w:tc>
          <w:tcPr>
            <w:tcW w:w="1440" w:type="dxa"/>
            <w:shd w:val="clear" w:color="auto" w:fill="F4F7F8"/>
            <w:vAlign w:val="center"/>
          </w:tcPr>
          <w:p w14:paraId="7F94680E" w14:textId="77777777" w:rsidR="009430C1" w:rsidRDefault="00000000">
            <w:pPr>
              <w:spacing w:after="20"/>
            </w:pPr>
            <w:r>
              <w:rPr>
                <w:sz w:val="14"/>
              </w:rPr>
              <w:t>2. Kapcsolat keresése</w:t>
            </w:r>
          </w:p>
        </w:tc>
        <w:tc>
          <w:tcPr>
            <w:tcW w:w="5112" w:type="dxa"/>
            <w:shd w:val="clear" w:color="auto" w:fill="F4F7F8"/>
            <w:vAlign w:val="center"/>
          </w:tcPr>
          <w:p w14:paraId="7B68D2D3" w14:textId="77777777" w:rsidR="009430C1" w:rsidRDefault="00000000">
            <w:pPr>
              <w:spacing w:after="20"/>
            </w:pPr>
            <w:r>
              <w:rPr>
                <w:sz w:val="14"/>
              </w:rPr>
              <w:t>Megnézzük, van-e ismert kapcsolattartó vagy ajánló.</w:t>
            </w:r>
          </w:p>
        </w:tc>
        <w:tc>
          <w:tcPr>
            <w:tcW w:w="3528" w:type="dxa"/>
            <w:shd w:val="clear" w:color="auto" w:fill="F4F7F8"/>
            <w:vAlign w:val="center"/>
          </w:tcPr>
          <w:p w14:paraId="7F6CDEA9" w14:textId="77777777" w:rsidR="009430C1" w:rsidRDefault="00000000">
            <w:pPr>
              <w:spacing w:after="20"/>
            </w:pPr>
            <w:r>
              <w:rPr>
                <w:sz w:val="14"/>
              </w:rPr>
              <w:t>Személyes bemutatás esetén kérjük az ajánló beleegyezését.</w:t>
            </w:r>
          </w:p>
        </w:tc>
      </w:tr>
      <w:tr w:rsidR="009430C1" w14:paraId="43A3F80C" w14:textId="77777777">
        <w:trPr>
          <w:jc w:val="center"/>
        </w:trPr>
        <w:tc>
          <w:tcPr>
            <w:tcW w:w="1440" w:type="dxa"/>
            <w:vAlign w:val="center"/>
          </w:tcPr>
          <w:p w14:paraId="3740AEA4" w14:textId="77777777" w:rsidR="009430C1" w:rsidRDefault="00000000">
            <w:pPr>
              <w:spacing w:after="20"/>
            </w:pPr>
            <w:r>
              <w:rPr>
                <w:sz w:val="14"/>
              </w:rPr>
              <w:t>3. Anyag előkészítése</w:t>
            </w:r>
          </w:p>
        </w:tc>
        <w:tc>
          <w:tcPr>
            <w:tcW w:w="5112" w:type="dxa"/>
            <w:vAlign w:val="center"/>
          </w:tcPr>
          <w:p w14:paraId="47788E10" w14:textId="77777777" w:rsidR="009430C1" w:rsidRDefault="00000000">
            <w:pPr>
              <w:spacing w:after="20"/>
            </w:pPr>
            <w:r>
              <w:rPr>
                <w:sz w:val="14"/>
              </w:rPr>
              <w:t>Személyre szabott üzenet, rövid bemutatkozó és költségigény. Felnőtt átnézi.</w:t>
            </w:r>
          </w:p>
        </w:tc>
        <w:tc>
          <w:tcPr>
            <w:tcW w:w="3528" w:type="dxa"/>
            <w:vAlign w:val="center"/>
          </w:tcPr>
          <w:p w14:paraId="76EED666" w14:textId="77777777" w:rsidR="009430C1" w:rsidRDefault="00000000">
            <w:pPr>
              <w:spacing w:after="20"/>
            </w:pPr>
            <w:r>
              <w:rPr>
                <w:sz w:val="14"/>
              </w:rPr>
              <w:t>Pontatlan összeg vagy vállalás esetén javítjuk.</w:t>
            </w:r>
          </w:p>
        </w:tc>
      </w:tr>
      <w:tr w:rsidR="009430C1" w14:paraId="4FDF01AD" w14:textId="77777777">
        <w:trPr>
          <w:jc w:val="center"/>
        </w:trPr>
        <w:tc>
          <w:tcPr>
            <w:tcW w:w="1440" w:type="dxa"/>
            <w:shd w:val="clear" w:color="auto" w:fill="F4F7F8"/>
            <w:vAlign w:val="center"/>
          </w:tcPr>
          <w:p w14:paraId="046FBAE8" w14:textId="77777777" w:rsidR="009430C1" w:rsidRDefault="00000000">
            <w:pPr>
              <w:spacing w:after="20"/>
            </w:pPr>
            <w:r>
              <w:rPr>
                <w:sz w:val="14"/>
              </w:rPr>
              <w:t>4. Megkeresés</w:t>
            </w:r>
          </w:p>
        </w:tc>
        <w:tc>
          <w:tcPr>
            <w:tcW w:w="5112" w:type="dxa"/>
            <w:shd w:val="clear" w:color="auto" w:fill="F4F7F8"/>
            <w:vAlign w:val="center"/>
          </w:tcPr>
          <w:p w14:paraId="4D6201E4" w14:textId="77777777" w:rsidR="009430C1" w:rsidRDefault="00000000">
            <w:pPr>
              <w:spacing w:after="20"/>
            </w:pPr>
            <w:r>
              <w:rPr>
                <w:sz w:val="14"/>
              </w:rPr>
              <w:t>Elküldjük a megfelelő csatornán, és feljegyezzük a dátumot, felelőst.</w:t>
            </w:r>
          </w:p>
        </w:tc>
        <w:tc>
          <w:tcPr>
            <w:tcW w:w="3528" w:type="dxa"/>
            <w:shd w:val="clear" w:color="auto" w:fill="F4F7F8"/>
            <w:vAlign w:val="center"/>
          </w:tcPr>
          <w:p w14:paraId="43EF56BA" w14:textId="77777777" w:rsidR="009430C1" w:rsidRDefault="00000000">
            <w:pPr>
              <w:spacing w:after="20"/>
            </w:pPr>
            <w:r>
              <w:rPr>
                <w:sz w:val="14"/>
              </w:rPr>
              <w:t>A megadott válaszidőig várunk.</w:t>
            </w:r>
          </w:p>
        </w:tc>
      </w:tr>
      <w:tr w:rsidR="009430C1" w14:paraId="109ACBFA" w14:textId="77777777">
        <w:trPr>
          <w:jc w:val="center"/>
        </w:trPr>
        <w:tc>
          <w:tcPr>
            <w:tcW w:w="1440" w:type="dxa"/>
            <w:vAlign w:val="center"/>
          </w:tcPr>
          <w:p w14:paraId="39501719" w14:textId="77777777" w:rsidR="009430C1" w:rsidRDefault="00000000">
            <w:pPr>
              <w:spacing w:after="20"/>
            </w:pPr>
            <w:r>
              <w:rPr>
                <w:sz w:val="14"/>
              </w:rPr>
              <w:t>5. Utánkövetés</w:t>
            </w:r>
          </w:p>
        </w:tc>
        <w:tc>
          <w:tcPr>
            <w:tcW w:w="5112" w:type="dxa"/>
            <w:vAlign w:val="center"/>
          </w:tcPr>
          <w:p w14:paraId="5092FE56" w14:textId="77777777" w:rsidR="009430C1" w:rsidRDefault="00000000">
            <w:pPr>
              <w:spacing w:after="20"/>
            </w:pPr>
            <w:r>
              <w:rPr>
                <w:sz w:val="14"/>
              </w:rPr>
              <w:t>Udvariasan érdeklődünk, ha nem érkezik válasz.</w:t>
            </w:r>
          </w:p>
        </w:tc>
        <w:tc>
          <w:tcPr>
            <w:tcW w:w="3528" w:type="dxa"/>
            <w:vAlign w:val="center"/>
          </w:tcPr>
          <w:p w14:paraId="3234046E" w14:textId="77777777" w:rsidR="009430C1" w:rsidRDefault="00000000">
            <w:pPr>
              <w:spacing w:after="20"/>
            </w:pPr>
            <w:r>
              <w:rPr>
                <w:sz w:val="14"/>
              </w:rPr>
              <w:t>Érdeklődés esetén találkozó / részletes egyeztetés; elutasításnál köszönet.</w:t>
            </w:r>
          </w:p>
        </w:tc>
      </w:tr>
      <w:tr w:rsidR="009430C1" w14:paraId="0E3CEFC4" w14:textId="77777777">
        <w:trPr>
          <w:jc w:val="center"/>
        </w:trPr>
        <w:tc>
          <w:tcPr>
            <w:tcW w:w="1440" w:type="dxa"/>
            <w:shd w:val="clear" w:color="auto" w:fill="F4F7F8"/>
            <w:vAlign w:val="center"/>
          </w:tcPr>
          <w:p w14:paraId="1D8FEB65" w14:textId="77777777" w:rsidR="009430C1" w:rsidRDefault="00000000">
            <w:pPr>
              <w:spacing w:after="20"/>
            </w:pPr>
            <w:r>
              <w:rPr>
                <w:sz w:val="14"/>
              </w:rPr>
              <w:t>6. Megállapodás</w:t>
            </w:r>
          </w:p>
        </w:tc>
        <w:tc>
          <w:tcPr>
            <w:tcW w:w="5112" w:type="dxa"/>
            <w:shd w:val="clear" w:color="auto" w:fill="F4F7F8"/>
            <w:vAlign w:val="center"/>
          </w:tcPr>
          <w:p w14:paraId="354656A9" w14:textId="77777777" w:rsidR="009430C1" w:rsidRDefault="00000000">
            <w:pPr>
              <w:spacing w:after="20"/>
            </w:pPr>
            <w:r>
              <w:rPr>
                <w:sz w:val="14"/>
              </w:rPr>
              <w:t>A feltételeket és vállalásokat írásban rögzítjük a felnőtt kapcsolattartóval.</w:t>
            </w:r>
          </w:p>
        </w:tc>
        <w:tc>
          <w:tcPr>
            <w:tcW w:w="3528" w:type="dxa"/>
            <w:shd w:val="clear" w:color="auto" w:fill="F4F7F8"/>
            <w:vAlign w:val="center"/>
          </w:tcPr>
          <w:p w14:paraId="66776A7B" w14:textId="77777777" w:rsidR="009430C1" w:rsidRDefault="00000000">
            <w:pPr>
              <w:spacing w:after="20"/>
            </w:pPr>
            <w:r>
              <w:rPr>
                <w:sz w:val="14"/>
              </w:rPr>
              <w:t>Csak jóváhagyott megállapodás után kommunikálunk nyilvánosan.</w:t>
            </w:r>
          </w:p>
        </w:tc>
      </w:tr>
      <w:tr w:rsidR="009430C1" w14:paraId="3773AE7D" w14:textId="77777777">
        <w:trPr>
          <w:jc w:val="center"/>
        </w:trPr>
        <w:tc>
          <w:tcPr>
            <w:tcW w:w="1440" w:type="dxa"/>
            <w:vAlign w:val="center"/>
          </w:tcPr>
          <w:p w14:paraId="52C6E813" w14:textId="77777777" w:rsidR="009430C1" w:rsidRDefault="00000000">
            <w:pPr>
              <w:spacing w:after="20"/>
            </w:pPr>
            <w:r>
              <w:rPr>
                <w:sz w:val="14"/>
              </w:rPr>
              <w:t>7. Köszönet és beszámoló</w:t>
            </w:r>
          </w:p>
        </w:tc>
        <w:tc>
          <w:tcPr>
            <w:tcW w:w="5112" w:type="dxa"/>
            <w:vAlign w:val="center"/>
          </w:tcPr>
          <w:p w14:paraId="33C211BF" w14:textId="77777777" w:rsidR="009430C1" w:rsidRDefault="00000000">
            <w:pPr>
              <w:spacing w:after="20"/>
            </w:pPr>
            <w:r>
              <w:rPr>
                <w:sz w:val="14"/>
              </w:rPr>
              <w:t>Megköszönjük a támogatást, teljesítjük az ígéreteket és beszámolunk az eredményről.</w:t>
            </w:r>
          </w:p>
        </w:tc>
        <w:tc>
          <w:tcPr>
            <w:tcW w:w="3528" w:type="dxa"/>
            <w:vAlign w:val="center"/>
          </w:tcPr>
          <w:p w14:paraId="372F94FE" w14:textId="77777777" w:rsidR="009430C1" w:rsidRDefault="00000000">
            <w:pPr>
              <w:spacing w:after="20"/>
            </w:pPr>
            <w:r>
              <w:rPr>
                <w:sz w:val="14"/>
              </w:rPr>
              <w:t>A kapcsolatot a kampány után is ápoljuk.</w:t>
            </w:r>
          </w:p>
        </w:tc>
      </w:tr>
    </w:tbl>
    <w:p w14:paraId="6BF9BF8F" w14:textId="77777777" w:rsidR="009430C1" w:rsidRDefault="009430C1">
      <w:pPr>
        <w:spacing w:after="20"/>
      </w:pPr>
    </w:p>
    <w:p w14:paraId="6736BC18" w14:textId="77777777" w:rsidR="009430C1" w:rsidRDefault="00000000" w:rsidP="00072C3B">
      <w:pPr>
        <w:pStyle w:val="Cmsor2"/>
      </w:pPr>
      <w:r>
        <w:t>8.1 Első e-mail / levél</w:t>
      </w:r>
    </w:p>
    <w:p w14:paraId="39DADB55" w14:textId="77777777" w:rsidR="009430C1" w:rsidRDefault="00000000">
      <w:pPr>
        <w:spacing w:after="20" w:line="240" w:lineRule="auto"/>
      </w:pPr>
      <w:r>
        <w:rPr>
          <w:sz w:val="17"/>
        </w:rPr>
        <w:t>Tárgy: [Csapat neve] – támogatási egyeztetés a [program / cél] megvalósításához</w:t>
      </w:r>
    </w:p>
    <w:p w14:paraId="1C1D13F6" w14:textId="77777777" w:rsidR="009430C1" w:rsidRDefault="00000000">
      <w:pPr>
        <w:spacing w:after="20" w:line="240" w:lineRule="auto"/>
      </w:pPr>
      <w:r>
        <w:rPr>
          <w:b/>
          <w:sz w:val="17"/>
        </w:rPr>
        <w:t>Tisztelt [Név / Szervezet]!</w:t>
      </w:r>
    </w:p>
    <w:p w14:paraId="2293942B" w14:textId="77777777" w:rsidR="009430C1" w:rsidRDefault="00000000">
      <w:pPr>
        <w:spacing w:after="20" w:line="240" w:lineRule="auto"/>
      </w:pPr>
      <w:r>
        <w:rPr>
          <w:sz w:val="17"/>
        </w:rPr>
        <w:t>Mi a [csapat neve] csapat vagyunk [intézmény, település], és a [program / szezon] során [konkrét cél]. A megvalósításhoz [konkrét pénzbeli vagy természetbeni igény] segítségére lenne szükségünk, [összeg / becsült érték] értékben, [határidő]-ig. Azért keressük Önöket, mert [valós, személyre szabott kapcsolódás].</w:t>
      </w:r>
    </w:p>
    <w:p w14:paraId="12A7FA42" w14:textId="77777777" w:rsidR="009430C1" w:rsidRDefault="00000000">
      <w:pPr>
        <w:spacing w:after="20" w:line="240" w:lineRule="auto"/>
      </w:pPr>
      <w:r>
        <w:rPr>
          <w:sz w:val="17"/>
        </w:rPr>
        <w:t>Szívesen bemutatjuk röviden a csapatot és a tervünket. Nyitottak lennének egy rövid, [javasolt időpont]-i egyeztetésre? Csatoltuk a [bemutatkozó anyag / költségterv] dokumentumot.</w:t>
      </w:r>
    </w:p>
    <w:p w14:paraId="51387823" w14:textId="77777777" w:rsidR="009430C1" w:rsidRDefault="00000000">
      <w:pPr>
        <w:spacing w:after="20" w:line="240" w:lineRule="auto"/>
      </w:pPr>
      <w:r>
        <w:rPr>
          <w:sz w:val="17"/>
        </w:rPr>
        <w:t>Köszönjük, hogy elolvasta megkeresésünket!</w:t>
      </w:r>
    </w:p>
    <w:p w14:paraId="7E65BF76" w14:textId="77777777" w:rsidR="009430C1" w:rsidRDefault="00000000">
      <w:pPr>
        <w:spacing w:after="20" w:line="240" w:lineRule="auto"/>
      </w:pPr>
      <w:r>
        <w:rPr>
          <w:sz w:val="17"/>
        </w:rPr>
        <w:t>Üdvözlettel: [név]</w:t>
      </w:r>
      <w:r>
        <w:rPr>
          <w:sz w:val="17"/>
        </w:rPr>
        <w:br/>
        <w:t>[csapat neve]</w:t>
      </w:r>
      <w:r>
        <w:rPr>
          <w:sz w:val="17"/>
        </w:rPr>
        <w:br/>
        <w:t>[Felnőtt kapcsolattartó neve és elérhetősége]</w:t>
      </w:r>
    </w:p>
    <w:p w14:paraId="206F0F86" w14:textId="77777777" w:rsidR="009430C1" w:rsidRDefault="00000000" w:rsidP="00072C3B">
      <w:pPr>
        <w:pStyle w:val="Cmsor2"/>
      </w:pPr>
      <w:r>
        <w:t>8.2 Rövid utánkövető üzenet</w:t>
      </w:r>
    </w:p>
    <w:p w14:paraId="5FB352AE" w14:textId="77777777" w:rsidR="009430C1" w:rsidRDefault="00000000">
      <w:pPr>
        <w:spacing w:after="20" w:line="240" w:lineRule="auto"/>
      </w:pPr>
      <w:r>
        <w:rPr>
          <w:sz w:val="17"/>
        </w:rPr>
        <w:t>Tárgy: Egyeztetés – [csapat neve] támogatási megkeresése</w:t>
      </w:r>
    </w:p>
    <w:p w14:paraId="7D77D697" w14:textId="77777777" w:rsidR="009430C1" w:rsidRDefault="00000000">
      <w:pPr>
        <w:spacing w:after="20" w:line="240" w:lineRule="auto"/>
      </w:pPr>
      <w:r>
        <w:rPr>
          <w:sz w:val="17"/>
        </w:rPr>
        <w:t>Tisztelt [Név]! [Dátum]-án küldtünk egy rövid bemutatkozást a [cél] kapcsán. Szeretnénk érdeklődni, volt-e lehetősége átnézni. Ha hasznos, szívesen válaszolunk a kérdésekre vagy egyeztetünk egy rövid időpontot. Köszönjük szépen! [Aláírás és felnőtt kapcsolattartó]</w:t>
      </w:r>
    </w:p>
    <w:p w14:paraId="797068F2" w14:textId="77777777" w:rsidR="009430C1" w:rsidRDefault="00000000" w:rsidP="00072C3B">
      <w:pPr>
        <w:pStyle w:val="Cmsor2"/>
      </w:pPr>
      <w:r>
        <w:t>8.3 Köszönet támogatásért vagy válaszért</w:t>
      </w:r>
    </w:p>
    <w:p w14:paraId="6877031F" w14:textId="77777777" w:rsidR="009430C1" w:rsidRDefault="00000000">
      <w:pPr>
        <w:spacing w:after="20" w:line="240" w:lineRule="auto"/>
      </w:pPr>
      <w:r>
        <w:rPr>
          <w:sz w:val="17"/>
        </w:rPr>
        <w:t>Tisztelt [Név]! Köszönjük szépen a [pénzbeli / természetbeni / szakmai] támogatást és a csapatunk iránti bizalmat. A segítséget a megbeszéltek szerint [cél]-ra fordítjuk. [Ha vállaltatok megjelenést: röviden, hol és mikor teljesítitek.] A program után rövid beszámolót küldünk az eredményekről. Üdvözlettel: [név, csapat, felnőtt kapcsolattartó]</w:t>
      </w:r>
    </w:p>
    <w:p w14:paraId="38BFBC2A" w14:textId="77777777" w:rsidR="009430C1" w:rsidRDefault="00000000" w:rsidP="00072C3B">
      <w:pPr>
        <w:pStyle w:val="Cmsor2"/>
      </w:pPr>
      <w:r>
        <w:t>8.4 Udvarias válasz elutasítás esetén</w:t>
      </w:r>
    </w:p>
    <w:p w14:paraId="2EA2736C" w14:textId="77777777" w:rsidR="009430C1" w:rsidRDefault="00000000">
      <w:pPr>
        <w:spacing w:after="20" w:line="240" w:lineRule="auto"/>
      </w:pPr>
      <w:r>
        <w:rPr>
          <w:sz w:val="17"/>
        </w:rPr>
        <w:t>Tisztelt [Név]! Köszönjük, hogy válaszolt, és hogy időt szánt a megkeresésünkre. Megértjük, ha most nem tudnak csatlakozni a kezdeményezéshez. Köszönjük a mérlegelést, és további sok sikert kívánunk! Üdvözlettel: [név, csapat, felnőtt kapcsolattartó]</w:t>
      </w:r>
    </w:p>
    <w:p w14:paraId="2932B9BF" w14:textId="77777777" w:rsidR="009430C1" w:rsidRDefault="00000000">
      <w:r>
        <w:br w:type="page"/>
      </w:r>
    </w:p>
    <w:p w14:paraId="1A0CA11E" w14:textId="77777777" w:rsidR="009430C1" w:rsidRDefault="00000000" w:rsidP="00072C3B">
      <w:pPr>
        <w:pStyle w:val="Cmsor1"/>
      </w:pPr>
      <w:r>
        <w:lastRenderedPageBreak/>
        <w:t>Kampányzáró ellenőrzőlista</w:t>
      </w:r>
    </w:p>
    <w:p w14:paraId="718DAF5F" w14:textId="77777777" w:rsidR="009430C1" w:rsidRDefault="00000000">
      <w:r>
        <w:t>A kampány akkor teljes, ha nemcsak összegyűlt a támogatás, hanem a csapat elszámolt vele, megköszönte, és visszajelzett a támogatóknak.</w:t>
      </w:r>
    </w:p>
    <w:p w14:paraId="638DC78C" w14:textId="77777777" w:rsidR="009430C1" w:rsidRDefault="00000000">
      <w:pPr>
        <w:pStyle w:val="Felsorols"/>
        <w:spacing w:after="40"/>
      </w:pPr>
      <w:r>
        <w:t>Elértük a kampánycélt, vagy dokumentáltuk, mi valósult meg és mi nem.</w:t>
      </w:r>
    </w:p>
    <w:p w14:paraId="512D1F66" w14:textId="77777777" w:rsidR="009430C1" w:rsidRDefault="00000000">
      <w:pPr>
        <w:pStyle w:val="Felsorols"/>
        <w:spacing w:after="40"/>
      </w:pPr>
      <w:r>
        <w:t>A pénzbeli és természetbeni támogatásokat a felnőtt kapcsolattartóval nyilvántartottuk.</w:t>
      </w:r>
    </w:p>
    <w:p w14:paraId="4B1A6837" w14:textId="77777777" w:rsidR="009430C1" w:rsidRDefault="00000000">
      <w:pPr>
        <w:pStyle w:val="Felsorols"/>
        <w:spacing w:after="40"/>
      </w:pPr>
      <w:r>
        <w:t>A támogatást a megállapodott célra használtuk fel, és a bizonylatokat megőriztük.</w:t>
      </w:r>
    </w:p>
    <w:p w14:paraId="4F1CEFDB" w14:textId="77777777" w:rsidR="009430C1" w:rsidRDefault="00000000">
      <w:pPr>
        <w:pStyle w:val="Felsorols"/>
        <w:spacing w:after="40"/>
      </w:pPr>
      <w:r>
        <w:t>A vállalt köszönetnyilvánítást, logómegjelenítést vagy bemutatót egyeztettük és teljesítettük.</w:t>
      </w:r>
    </w:p>
    <w:p w14:paraId="242A714A" w14:textId="77777777" w:rsidR="009430C1" w:rsidRDefault="00000000">
      <w:pPr>
        <w:pStyle w:val="Felsorols"/>
        <w:spacing w:after="40"/>
      </w:pPr>
      <w:r>
        <w:t>Minden támogatónak személyre szabott köszönetet és rövid eredménybeszámolót küldtünk.</w:t>
      </w:r>
    </w:p>
    <w:p w14:paraId="0B48D75D" w14:textId="77777777" w:rsidR="009430C1" w:rsidRDefault="00000000">
      <w:pPr>
        <w:pStyle w:val="Felsorols"/>
        <w:spacing w:after="40"/>
      </w:pPr>
      <w:r>
        <w:t>Átbeszéltük, mi működött, min változtatnánk, és mely kapcsolatokat érdemes ápolni.</w:t>
      </w:r>
    </w:p>
    <w:p w14:paraId="047AB619" w14:textId="77777777" w:rsidR="009430C1" w:rsidRDefault="00000000">
      <w:pPr>
        <w:spacing w:before="60" w:after="40"/>
      </w:pPr>
      <w:r>
        <w:rPr>
          <w:b/>
          <w:color w:val="163B5C"/>
        </w:rPr>
        <w:t>Mit tanultunk a kampányból?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282"/>
      </w:tblGrid>
      <w:tr w:rsidR="009430C1" w14:paraId="47AD5066" w14:textId="77777777">
        <w:tc>
          <w:tcPr>
            <w:tcW w:w="10282" w:type="dxa"/>
            <w:shd w:val="clear" w:color="auto" w:fill="F8FAFB"/>
            <w:vAlign w:val="center"/>
          </w:tcPr>
          <w:p w14:paraId="72A8901B" w14:textId="77777777" w:rsidR="009430C1" w:rsidRDefault="00000000">
            <w:pPr>
              <w:spacing w:after="20"/>
            </w:pPr>
            <w:r>
              <w:rPr>
                <w:sz w:val="16"/>
              </w:rPr>
              <w:t>[Mi ment jól? Mi volt nehéz? Mit csinálnánk másképp legközelebb?]</w:t>
            </w:r>
          </w:p>
        </w:tc>
      </w:tr>
    </w:tbl>
    <w:p w14:paraId="5EF224CE" w14:textId="77777777" w:rsidR="009430C1" w:rsidRDefault="00000000">
      <w:pPr>
        <w:spacing w:before="60" w:after="40"/>
      </w:pPr>
      <w:r>
        <w:rPr>
          <w:b/>
          <w:color w:val="163B5C"/>
        </w:rPr>
        <w:t>Felnőtt kapcsolattartó ellenőrzése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282"/>
      </w:tblGrid>
      <w:tr w:rsidR="009430C1" w14:paraId="27B6D03B" w14:textId="77777777">
        <w:tc>
          <w:tcPr>
            <w:tcW w:w="10282" w:type="dxa"/>
            <w:shd w:val="clear" w:color="auto" w:fill="F8FAFB"/>
            <w:vAlign w:val="center"/>
          </w:tcPr>
          <w:p w14:paraId="0A7AE52E" w14:textId="77777777" w:rsidR="009430C1" w:rsidRDefault="00000000">
            <w:pPr>
              <w:spacing w:after="20"/>
            </w:pPr>
            <w:r>
              <w:rPr>
                <w:sz w:val="16"/>
              </w:rPr>
              <w:t>[Név, dátum; a vállalások és beszámoló ellenőrizve.]</w:t>
            </w:r>
          </w:p>
        </w:tc>
      </w:tr>
    </w:tbl>
    <w:p w14:paraId="2B5F3BF4" w14:textId="77777777" w:rsidR="009430C1" w:rsidRDefault="00000000">
      <w:r>
        <w:rPr>
          <w:i/>
        </w:rPr>
        <w:t>Megjegyzés: ez oktatási célú tervező és szövegminta, nem jogi, adózási vagy számviteli tanács. Támogatási, adományozási, szponzorációs és adatkezelési feltételeket a szervezet felelős felnőtt képviselőjével ellenőrizzetek.</w:t>
      </w:r>
    </w:p>
    <w:sectPr w:rsidR="009430C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93" w:right="979" w:bottom="893" w:left="979" w:header="403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9B09E" w14:textId="77777777" w:rsidR="00130E9D" w:rsidRDefault="00130E9D">
      <w:pPr>
        <w:spacing w:after="0" w:line="240" w:lineRule="auto"/>
      </w:pPr>
      <w:r>
        <w:separator/>
      </w:r>
    </w:p>
  </w:endnote>
  <w:endnote w:type="continuationSeparator" w:id="0">
    <w:p w14:paraId="0132C42A" w14:textId="77777777" w:rsidR="00130E9D" w:rsidRDefault="00130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EF51" w14:textId="77777777" w:rsidR="00072C3B" w:rsidRDefault="00072C3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8250" w14:textId="4463A839" w:rsidR="009430C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072C3B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5B91" w14:textId="77777777" w:rsidR="00072C3B" w:rsidRDefault="00072C3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60227" w14:textId="77777777" w:rsidR="00130E9D" w:rsidRDefault="00130E9D">
      <w:pPr>
        <w:spacing w:after="0" w:line="240" w:lineRule="auto"/>
      </w:pPr>
      <w:r>
        <w:separator/>
      </w:r>
    </w:p>
  </w:footnote>
  <w:footnote w:type="continuationSeparator" w:id="0">
    <w:p w14:paraId="1B90E533" w14:textId="77777777" w:rsidR="00130E9D" w:rsidRDefault="00130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E04BD" w14:textId="3204AA70" w:rsidR="00072C3B" w:rsidRDefault="00072C3B">
    <w:pPr>
      <w:pStyle w:val="lfej"/>
    </w:pPr>
    <w:r>
      <w:rPr>
        <w:noProof/>
      </w:rPr>
      <w:pict w14:anchorId="767999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4978360" o:spid="_x0000_s1026" type="#_x0000_t136" style="position:absolute;margin-left:0;margin-top:0;width:579.85pt;height:144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unkapéldán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2CF6" w14:textId="08784D0D" w:rsidR="009430C1" w:rsidRDefault="00072C3B">
    <w:pPr>
      <w:pStyle w:val="lfej"/>
      <w:jc w:val="right"/>
    </w:pPr>
    <w:r>
      <w:rPr>
        <w:noProof/>
      </w:rPr>
      <w:pict w14:anchorId="547430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4978361" o:spid="_x0000_s1027" type="#_x0000_t136" style="position:absolute;left:0;text-align:left;margin-left:0;margin-top:0;width:579.85pt;height:144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unkapéldány"/>
        </v:shape>
      </w:pict>
    </w:r>
    <w:r>
      <w:rPr>
        <w:noProof/>
      </w:rPr>
      <w:drawing>
        <wp:inline distT="0" distB="0" distL="0" distR="0" wp14:anchorId="0BF3A209" wp14:editId="2570D6AA">
          <wp:extent cx="2882930" cy="657225"/>
          <wp:effectExtent l="0" t="0" r="0" b="0"/>
          <wp:docPr id="16532114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21141" name="Kép 1653211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9673" cy="661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6E5E" w14:textId="6DC1203F" w:rsidR="00072C3B" w:rsidRDefault="00072C3B">
    <w:pPr>
      <w:pStyle w:val="lfej"/>
    </w:pPr>
    <w:r>
      <w:rPr>
        <w:noProof/>
      </w:rPr>
      <w:pict w14:anchorId="4F7244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4978359" o:spid="_x0000_s1025" type="#_x0000_t136" style="position:absolute;margin-left:0;margin-top:0;width:579.85pt;height:144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unkapéldány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929363">
    <w:abstractNumId w:val="8"/>
  </w:num>
  <w:num w:numId="2" w16cid:durableId="1926920146">
    <w:abstractNumId w:val="6"/>
  </w:num>
  <w:num w:numId="3" w16cid:durableId="685592276">
    <w:abstractNumId w:val="5"/>
  </w:num>
  <w:num w:numId="4" w16cid:durableId="1452283283">
    <w:abstractNumId w:val="4"/>
  </w:num>
  <w:num w:numId="5" w16cid:durableId="1586182801">
    <w:abstractNumId w:val="7"/>
  </w:num>
  <w:num w:numId="6" w16cid:durableId="1686981771">
    <w:abstractNumId w:val="3"/>
  </w:num>
  <w:num w:numId="7" w16cid:durableId="370809713">
    <w:abstractNumId w:val="2"/>
  </w:num>
  <w:num w:numId="8" w16cid:durableId="535854890">
    <w:abstractNumId w:val="1"/>
  </w:num>
  <w:num w:numId="9" w16cid:durableId="77320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C3B"/>
    <w:rsid w:val="00130E9D"/>
    <w:rsid w:val="0015074B"/>
    <w:rsid w:val="0029639D"/>
    <w:rsid w:val="00326F90"/>
    <w:rsid w:val="009430C1"/>
    <w:rsid w:val="0095308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32B95A"/>
  <w14:defaultImageDpi w14:val="300"/>
  <w15:docId w15:val="{D24B838E-5050-422F-9292-49A7A590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80" w:line="259" w:lineRule="auto"/>
    </w:pPr>
    <w:rPr>
      <w:rFonts w:ascii="Aptos" w:hAnsi="Aptos"/>
      <w:color w:val="26343C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072C3B"/>
    <w:pPr>
      <w:pageBreakBefore/>
      <w:widowControl w:val="0"/>
      <w:spacing w:before="180"/>
      <w:outlineLvl w:val="0"/>
    </w:pPr>
    <w:rPr>
      <w:rFonts w:asciiTheme="majorHAnsi" w:eastAsiaTheme="majorEastAsia" w:hAnsiTheme="majorHAnsi" w:cstheme="majorBidi"/>
      <w:b/>
      <w:bCs/>
      <w:color w:val="163B5C"/>
      <w:sz w:val="4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2C3B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2060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color w:val="163B5C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072C3B"/>
    <w:rPr>
      <w:rFonts w:asciiTheme="majorHAnsi" w:eastAsiaTheme="majorEastAsia" w:hAnsiTheme="majorHAnsi" w:cstheme="majorBidi"/>
      <w:b/>
      <w:bCs/>
      <w:color w:val="163B5C"/>
      <w:sz w:val="40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72C3B"/>
    <w:rPr>
      <w:rFonts w:asciiTheme="majorHAnsi" w:eastAsiaTheme="majorEastAsia" w:hAnsiTheme="majorHAnsi" w:cstheme="majorBidi"/>
      <w:b/>
      <w:bCs/>
      <w:color w:val="002060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63B5C"/>
      <w:spacing w:val="5"/>
      <w:kern w:val="28"/>
      <w:sz w:val="60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1698</Words>
  <Characters>11721</Characters>
  <Application>Microsoft Office Word</Application>
  <DocSecurity>0</DocSecurity>
  <Lines>97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Fundraising mintaterv</dc:title>
  <dc:subject>Kitölthető kampánytervező és megkeresési segédlet diákcsapatoknak</dc:subject>
  <dc:creator>HelloWorld Oktatás és Fejlesztés Közhasznú Egyesület</dc:creator>
  <cp:keywords/>
  <dc:description>generated by python-docx</dc:description>
  <cp:lastModifiedBy>József Molnár</cp:lastModifiedBy>
  <cp:revision>2</cp:revision>
  <dcterms:created xsi:type="dcterms:W3CDTF">2013-12-23T23:15:00Z</dcterms:created>
  <dcterms:modified xsi:type="dcterms:W3CDTF">2026-10-28T14:05:00Z</dcterms:modified>
  <cp:category/>
</cp:coreProperties>
</file>